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4F0A1" w14:textId="70CE247A" w:rsidR="008F6757" w:rsidRDefault="008F6757">
      <w:pPr>
        <w:spacing w:after="20"/>
        <w:jc w:val="center"/>
        <w:rPr>
          <w:rFonts w:ascii="Georgia" w:hAnsi="Georgia"/>
          <w:b/>
          <w:color w:val="B08D57"/>
        </w:rPr>
      </w:pPr>
      <w:r>
        <w:rPr>
          <w:noProof/>
        </w:rPr>
        <w:drawing>
          <wp:anchor distT="0" distB="0" distL="114300" distR="114300" simplePos="0" relativeHeight="251662336" behindDoc="1" locked="0" layoutInCell="1" allowOverlap="1" wp14:anchorId="5CF4CB8B" wp14:editId="18F98140">
            <wp:simplePos x="0" y="0"/>
            <wp:positionH relativeFrom="column">
              <wp:posOffset>2607857</wp:posOffset>
            </wp:positionH>
            <wp:positionV relativeFrom="paragraph">
              <wp:posOffset>-461010</wp:posOffset>
            </wp:positionV>
            <wp:extent cx="4484914" cy="1852073"/>
            <wp:effectExtent l="0" t="0" r="0" b="0"/>
            <wp:wrapNone/>
            <wp:docPr id="1070219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219407" name="Picture 1070219407"/>
                    <pic:cNvPicPr/>
                  </pic:nvPicPr>
                  <pic:blipFill>
                    <a:blip r:embed="rId6" cstate="print">
                      <a:extLst>
                        <a:ext uri="{28A0092B-C50C-407E-A947-70E740481C1C}">
                          <a14:useLocalDpi xmlns:a14="http://schemas.microsoft.com/office/drawing/2010/main" val="0"/>
                        </a:ext>
                      </a:extLst>
                    </a:blip>
                    <a:stretch>
                      <a:fillRect/>
                    </a:stretch>
                  </pic:blipFill>
                  <pic:spPr>
                    <a:xfrm>
                      <a:off x="0" y="0"/>
                      <a:ext cx="4484914" cy="1852073"/>
                    </a:xfrm>
                    <a:prstGeom prst="rect">
                      <a:avLst/>
                    </a:prstGeom>
                  </pic:spPr>
                </pic:pic>
              </a:graphicData>
            </a:graphic>
            <wp14:sizeRelH relativeFrom="margin">
              <wp14:pctWidth>0</wp14:pctWidth>
            </wp14:sizeRelH>
            <wp14:sizeRelV relativeFrom="margin">
              <wp14:pctHeight>0</wp14:pctHeight>
            </wp14:sizeRelV>
          </wp:anchor>
        </w:drawing>
      </w:r>
    </w:p>
    <w:p w14:paraId="1E444D4D" w14:textId="77777777" w:rsidR="008F6757" w:rsidRDefault="008F6757" w:rsidP="008F6757"/>
    <w:p w14:paraId="321FCCAC" w14:textId="77777777" w:rsidR="008F6757" w:rsidRDefault="008F6757" w:rsidP="008F6757"/>
    <w:p w14:paraId="3921B41B" w14:textId="77777777" w:rsidR="008F6757" w:rsidRDefault="008F6757" w:rsidP="008F6757"/>
    <w:p w14:paraId="59DA6D38" w14:textId="08FBA626" w:rsidR="008F6757" w:rsidRPr="008F6757" w:rsidRDefault="008F6757" w:rsidP="008F6757">
      <w:pPr>
        <w:spacing w:line="240" w:lineRule="auto"/>
        <w:rPr>
          <w:rFonts w:ascii="Calibri" w:hAnsi="Calibri" w:cs="Calibri"/>
        </w:rPr>
      </w:pPr>
      <w:r w:rsidRPr="008F6757">
        <w:rPr>
          <w:rFonts w:ascii="Calibri" w:hAnsi="Calibri" w:cs="Calibri"/>
        </w:rPr>
        <w:t>Dear Parents,</w:t>
      </w:r>
    </w:p>
    <w:p w14:paraId="2B9CE74B" w14:textId="77777777" w:rsidR="008F6757" w:rsidRPr="008F6757" w:rsidRDefault="008F6757" w:rsidP="008F6757">
      <w:pPr>
        <w:spacing w:line="240" w:lineRule="auto"/>
        <w:rPr>
          <w:rFonts w:ascii="Calibri" w:hAnsi="Calibri" w:cs="Calibri"/>
        </w:rPr>
      </w:pPr>
      <w:r w:rsidRPr="008F6757">
        <w:rPr>
          <w:rFonts w:ascii="Segoe UI Emoji" w:hAnsi="Segoe UI Emoji" w:cs="Segoe UI Emoji"/>
        </w:rPr>
        <w:t>🎄</w:t>
      </w:r>
      <w:r w:rsidRPr="008F6757">
        <w:rPr>
          <w:rFonts w:ascii="Calibri" w:hAnsi="Calibri" w:cs="Calibri"/>
        </w:rPr>
        <w:t xml:space="preserve"> </w:t>
      </w:r>
      <w:r w:rsidRPr="008F6757">
        <w:rPr>
          <w:rFonts w:ascii="Calibri" w:hAnsi="Calibri" w:cs="Calibri"/>
          <w:b/>
          <w:bCs/>
        </w:rPr>
        <w:t>Christmas is just around the corner!</w:t>
      </w:r>
      <w:r w:rsidRPr="008F6757">
        <w:rPr>
          <w:rFonts w:ascii="Calibri" w:hAnsi="Calibri" w:cs="Calibri"/>
        </w:rPr>
        <w:t xml:space="preserve"> </w:t>
      </w:r>
      <w:r w:rsidRPr="008F6757">
        <w:rPr>
          <w:rFonts w:ascii="Segoe UI Emoji" w:hAnsi="Segoe UI Emoji" w:cs="Segoe UI Emoji"/>
        </w:rPr>
        <w:t>🎄</w:t>
      </w:r>
    </w:p>
    <w:p w14:paraId="3D61FBF1" w14:textId="77777777" w:rsidR="008F6757" w:rsidRPr="008F6757" w:rsidRDefault="008F6757" w:rsidP="008F6757">
      <w:pPr>
        <w:spacing w:line="240" w:lineRule="auto"/>
        <w:rPr>
          <w:rFonts w:ascii="Calibri" w:hAnsi="Calibri" w:cs="Calibri"/>
        </w:rPr>
      </w:pPr>
      <w:r w:rsidRPr="008F6757">
        <w:rPr>
          <w:rFonts w:ascii="Calibri" w:hAnsi="Calibri" w:cs="Calibri"/>
        </w:rPr>
        <w:t>We’re delighted to remind you about the fantastic Christmas tree delivery and recycling service from Christmas Treeasy, which is available through our school. For every tree purchased through the school by parents, staff, family, friends or colleagues, Christmas Treeasy will donate £3.50–£6.50 per tree to our school/PTA fund, depending on the size of the tree.</w:t>
      </w:r>
    </w:p>
    <w:p w14:paraId="730B2244" w14:textId="77777777" w:rsidR="008F6757" w:rsidRPr="008F6757" w:rsidRDefault="008F6757" w:rsidP="008F6757">
      <w:pPr>
        <w:spacing w:line="240" w:lineRule="auto"/>
        <w:rPr>
          <w:rFonts w:ascii="Calibri" w:hAnsi="Calibri" w:cs="Calibri"/>
          <w:b/>
          <w:bCs/>
        </w:rPr>
      </w:pPr>
      <w:r w:rsidRPr="008F6757">
        <w:rPr>
          <w:rFonts w:ascii="Segoe UI Emoji" w:hAnsi="Segoe UI Emoji" w:cs="Segoe UI Emoji"/>
          <w:b/>
          <w:bCs/>
        </w:rPr>
        <w:t>🎄</w:t>
      </w:r>
      <w:r w:rsidRPr="008F6757">
        <w:rPr>
          <w:rFonts w:ascii="Calibri" w:hAnsi="Calibri" w:cs="Calibri"/>
          <w:b/>
          <w:bCs/>
        </w:rPr>
        <w:t xml:space="preserve"> Premium Christmas Trees Delivered to Your Door</w:t>
      </w:r>
    </w:p>
    <w:p w14:paraId="0D2E831E" w14:textId="77777777" w:rsidR="008F6757" w:rsidRPr="008F6757" w:rsidRDefault="008F6757" w:rsidP="008F6757">
      <w:pPr>
        <w:spacing w:line="240" w:lineRule="auto"/>
        <w:rPr>
          <w:rFonts w:ascii="Calibri" w:hAnsi="Calibri" w:cs="Calibri"/>
        </w:rPr>
      </w:pPr>
      <w:r w:rsidRPr="008F6757">
        <w:rPr>
          <w:rFonts w:ascii="Calibri" w:hAnsi="Calibri" w:cs="Calibri"/>
        </w:rPr>
        <w:t xml:space="preserve">Christmas Treeasy </w:t>
      </w:r>
      <w:proofErr w:type="spellStart"/>
      <w:r w:rsidRPr="008F6757">
        <w:rPr>
          <w:rFonts w:ascii="Calibri" w:hAnsi="Calibri" w:cs="Calibri"/>
        </w:rPr>
        <w:t>specialise</w:t>
      </w:r>
      <w:proofErr w:type="spellEnd"/>
      <w:r w:rsidRPr="008F6757">
        <w:rPr>
          <w:rFonts w:ascii="Calibri" w:hAnsi="Calibri" w:cs="Calibri"/>
        </w:rPr>
        <w:t xml:space="preserve"> in top-grade Nordmann Fir Christmas trees – a popular non-drop variety – and offer free delivery directly to your home.</w:t>
      </w:r>
    </w:p>
    <w:p w14:paraId="4C68C57A" w14:textId="77777777" w:rsidR="008F6757" w:rsidRPr="008F6757" w:rsidRDefault="008F6757" w:rsidP="008F6757">
      <w:pPr>
        <w:spacing w:line="240" w:lineRule="auto"/>
        <w:rPr>
          <w:rFonts w:ascii="Calibri" w:hAnsi="Calibri" w:cs="Calibri"/>
        </w:rPr>
      </w:pPr>
      <w:r w:rsidRPr="008F6757">
        <w:rPr>
          <w:rFonts w:ascii="Calibri" w:hAnsi="Calibri" w:cs="Calibri"/>
        </w:rPr>
        <w:t>You can also add:</w:t>
      </w:r>
    </w:p>
    <w:p w14:paraId="6A6CC045" w14:textId="77777777" w:rsidR="008F6757" w:rsidRPr="008F6757" w:rsidRDefault="008F6757" w:rsidP="008F6757">
      <w:pPr>
        <w:numPr>
          <w:ilvl w:val="0"/>
          <w:numId w:val="10"/>
        </w:numPr>
        <w:spacing w:after="160" w:line="240" w:lineRule="auto"/>
        <w:rPr>
          <w:rFonts w:ascii="Calibri" w:hAnsi="Calibri" w:cs="Calibri"/>
        </w:rPr>
      </w:pPr>
      <w:r w:rsidRPr="008F6757">
        <w:rPr>
          <w:rFonts w:ascii="Segoe UI Emoji" w:hAnsi="Segoe UI Emoji" w:cs="Segoe UI Emoji"/>
        </w:rPr>
        <w:t>♻️</w:t>
      </w:r>
      <w:r w:rsidRPr="008F6757">
        <w:rPr>
          <w:rFonts w:ascii="Calibri" w:hAnsi="Calibri" w:cs="Calibri"/>
        </w:rPr>
        <w:t xml:space="preserve"> </w:t>
      </w:r>
      <w:r w:rsidRPr="008F6757">
        <w:rPr>
          <w:rFonts w:ascii="Calibri" w:hAnsi="Calibri" w:cs="Calibri"/>
          <w:b/>
          <w:bCs/>
        </w:rPr>
        <w:t>Christmas tree recycling</w:t>
      </w:r>
      <w:r w:rsidRPr="008F6757">
        <w:rPr>
          <w:rFonts w:ascii="Calibri" w:hAnsi="Calibri" w:cs="Calibri"/>
        </w:rPr>
        <w:t xml:space="preserve"> – your tree will be collected and recycled in the New Year</w:t>
      </w:r>
    </w:p>
    <w:p w14:paraId="691906EF" w14:textId="77777777" w:rsidR="008F6757" w:rsidRPr="008F6757" w:rsidRDefault="008F6757" w:rsidP="008F6757">
      <w:pPr>
        <w:numPr>
          <w:ilvl w:val="0"/>
          <w:numId w:val="10"/>
        </w:numPr>
        <w:spacing w:after="160" w:line="240" w:lineRule="auto"/>
        <w:rPr>
          <w:rFonts w:ascii="Calibri" w:hAnsi="Calibri" w:cs="Calibri"/>
        </w:rPr>
      </w:pPr>
      <w:r w:rsidRPr="008F6757">
        <w:rPr>
          <w:rFonts w:ascii="Segoe UI Emoji" w:hAnsi="Segoe UI Emoji" w:cs="Segoe UI Emoji"/>
        </w:rPr>
        <w:t>🌲</w:t>
      </w:r>
      <w:r w:rsidRPr="008F6757">
        <w:rPr>
          <w:rFonts w:ascii="Calibri" w:hAnsi="Calibri" w:cs="Calibri"/>
        </w:rPr>
        <w:t xml:space="preserve"> </w:t>
      </w:r>
      <w:r w:rsidRPr="008F6757">
        <w:rPr>
          <w:rFonts w:ascii="Calibri" w:hAnsi="Calibri" w:cs="Calibri"/>
          <w:b/>
          <w:bCs/>
        </w:rPr>
        <w:t>Tree stands</w:t>
      </w:r>
    </w:p>
    <w:p w14:paraId="002BDFEF" w14:textId="77777777" w:rsidR="008F6757" w:rsidRPr="008F6757" w:rsidRDefault="008F6757" w:rsidP="008F6757">
      <w:pPr>
        <w:numPr>
          <w:ilvl w:val="0"/>
          <w:numId w:val="10"/>
        </w:numPr>
        <w:spacing w:after="160" w:line="240" w:lineRule="auto"/>
        <w:rPr>
          <w:rFonts w:ascii="Calibri" w:hAnsi="Calibri" w:cs="Calibri"/>
        </w:rPr>
      </w:pPr>
      <w:r w:rsidRPr="008F6757">
        <w:rPr>
          <w:rFonts w:ascii="Segoe UI Emoji" w:hAnsi="Segoe UI Emoji" w:cs="Segoe UI Emoji"/>
        </w:rPr>
        <w:t>🪵</w:t>
      </w:r>
      <w:r w:rsidRPr="008F6757">
        <w:rPr>
          <w:rFonts w:ascii="Calibri" w:hAnsi="Calibri" w:cs="Calibri"/>
        </w:rPr>
        <w:t xml:space="preserve"> </w:t>
      </w:r>
      <w:r w:rsidRPr="008F6757">
        <w:rPr>
          <w:rFonts w:ascii="Calibri" w:hAnsi="Calibri" w:cs="Calibri"/>
          <w:b/>
          <w:bCs/>
        </w:rPr>
        <w:t>Bags of logs</w:t>
      </w:r>
    </w:p>
    <w:p w14:paraId="2E3A96E3" w14:textId="77777777" w:rsidR="008F6757" w:rsidRPr="008F6757" w:rsidRDefault="008F6757" w:rsidP="008F6757">
      <w:pPr>
        <w:spacing w:line="240" w:lineRule="auto"/>
        <w:rPr>
          <w:rFonts w:ascii="Calibri" w:hAnsi="Calibri" w:cs="Calibri"/>
          <w:b/>
          <w:bCs/>
        </w:rPr>
      </w:pPr>
      <w:r w:rsidRPr="008F6757">
        <w:rPr>
          <w:rFonts w:ascii="Segoe UI Emoji" w:hAnsi="Segoe UI Emoji" w:cs="Segoe UI Emoji"/>
          <w:b/>
          <w:bCs/>
        </w:rPr>
        <w:t>🌟</w:t>
      </w:r>
      <w:r w:rsidRPr="008F6757">
        <w:rPr>
          <w:rFonts w:ascii="Calibri" w:hAnsi="Calibri" w:cs="Calibri"/>
          <w:b/>
          <w:bCs/>
        </w:rPr>
        <w:t xml:space="preserve"> Going Big This Christmas?</w:t>
      </w:r>
    </w:p>
    <w:p w14:paraId="18BB4BC0" w14:textId="77777777" w:rsidR="008F6757" w:rsidRPr="008F6757" w:rsidRDefault="008F6757" w:rsidP="008F6757">
      <w:pPr>
        <w:spacing w:line="240" w:lineRule="auto"/>
        <w:rPr>
          <w:rFonts w:ascii="Calibri" w:hAnsi="Calibri" w:cs="Calibri"/>
        </w:rPr>
      </w:pPr>
      <w:r w:rsidRPr="008F6757">
        <w:rPr>
          <w:rFonts w:ascii="Calibri" w:hAnsi="Calibri" w:cs="Calibri"/>
        </w:rPr>
        <w:t>Their 9ft and 10ft Nordmann Fir trees are available by special pre-order, along with Extra Large Cinco stands.</w:t>
      </w:r>
    </w:p>
    <w:p w14:paraId="6455B8F9" w14:textId="77777777" w:rsidR="008F6757" w:rsidRPr="008F6757" w:rsidRDefault="008F6757" w:rsidP="008F6757">
      <w:pPr>
        <w:spacing w:line="240" w:lineRule="auto"/>
        <w:rPr>
          <w:rFonts w:ascii="Calibri" w:hAnsi="Calibri" w:cs="Calibri"/>
        </w:rPr>
      </w:pPr>
      <w:r w:rsidRPr="008F6757">
        <w:rPr>
          <w:rFonts w:ascii="Calibri" w:hAnsi="Calibri" w:cs="Calibri"/>
        </w:rPr>
        <w:t>If you’re thinking big this Christmas, please place your order by 20th November.</w:t>
      </w:r>
    </w:p>
    <w:p w14:paraId="47A61973" w14:textId="77777777" w:rsidR="008F6757" w:rsidRPr="008F6757" w:rsidRDefault="008F6757" w:rsidP="008F6757">
      <w:pPr>
        <w:spacing w:line="240" w:lineRule="auto"/>
        <w:rPr>
          <w:rFonts w:ascii="Calibri" w:hAnsi="Calibri" w:cs="Calibri"/>
        </w:rPr>
      </w:pPr>
      <w:r w:rsidRPr="008F6757">
        <w:rPr>
          <w:rFonts w:ascii="Calibri" w:hAnsi="Calibri" w:cs="Calibri"/>
        </w:rPr>
        <w:t>There are 16 delivery dates available this year, but weekend slots are filling up quickly, so we recommend ordering early to avoid disappointment.</w:t>
      </w:r>
    </w:p>
    <w:p w14:paraId="4A2B2752" w14:textId="77777777" w:rsidR="008F6757" w:rsidRPr="008F6757" w:rsidRDefault="008F6757" w:rsidP="008F6757">
      <w:pPr>
        <w:spacing w:line="240" w:lineRule="auto"/>
        <w:rPr>
          <w:rFonts w:ascii="Calibri" w:hAnsi="Calibri" w:cs="Calibri"/>
          <w:b/>
          <w:bCs/>
        </w:rPr>
      </w:pPr>
      <w:r w:rsidRPr="008F6757">
        <w:rPr>
          <w:rFonts w:ascii="Segoe UI Emoji" w:hAnsi="Segoe UI Emoji" w:cs="Segoe UI Emoji"/>
          <w:b/>
          <w:bCs/>
        </w:rPr>
        <w:t>🎁</w:t>
      </w:r>
      <w:r w:rsidRPr="008F6757">
        <w:rPr>
          <w:rFonts w:ascii="Calibri" w:hAnsi="Calibri" w:cs="Calibri"/>
          <w:b/>
          <w:bCs/>
        </w:rPr>
        <w:t xml:space="preserve"> How to Order</w:t>
      </w:r>
    </w:p>
    <w:p w14:paraId="749046C2" w14:textId="77777777" w:rsidR="008F6757" w:rsidRPr="008F6757" w:rsidRDefault="008F6757" w:rsidP="008F6757">
      <w:pPr>
        <w:numPr>
          <w:ilvl w:val="0"/>
          <w:numId w:val="11"/>
        </w:numPr>
        <w:spacing w:after="160" w:line="240" w:lineRule="auto"/>
        <w:rPr>
          <w:rFonts w:ascii="Calibri" w:hAnsi="Calibri" w:cs="Calibri"/>
        </w:rPr>
      </w:pPr>
      <w:r w:rsidRPr="008F6757">
        <w:rPr>
          <w:rFonts w:ascii="Calibri" w:hAnsi="Calibri" w:cs="Calibri"/>
        </w:rPr>
        <w:t xml:space="preserve">Visit </w:t>
      </w:r>
      <w:hyperlink r:id="rId7" w:history="1">
        <w:r w:rsidRPr="008F6757">
          <w:rPr>
            <w:rStyle w:val="Hyperlink"/>
            <w:rFonts w:ascii="Calibri" w:hAnsi="Calibri" w:cs="Calibri"/>
            <w:b/>
            <w:bCs/>
          </w:rPr>
          <w:t>www.christmastreeasy.co.uk</w:t>
        </w:r>
      </w:hyperlink>
    </w:p>
    <w:p w14:paraId="5DF775BD" w14:textId="77777777" w:rsidR="008F6757" w:rsidRPr="008F6757" w:rsidRDefault="008F6757" w:rsidP="008F6757">
      <w:pPr>
        <w:numPr>
          <w:ilvl w:val="0"/>
          <w:numId w:val="11"/>
        </w:numPr>
        <w:spacing w:after="160" w:line="240" w:lineRule="auto"/>
        <w:rPr>
          <w:rFonts w:ascii="Calibri" w:hAnsi="Calibri" w:cs="Calibri"/>
        </w:rPr>
      </w:pPr>
      <w:r w:rsidRPr="008F6757">
        <w:rPr>
          <w:rFonts w:ascii="Calibri" w:hAnsi="Calibri" w:cs="Calibri"/>
        </w:rPr>
        <w:t>Choose your preferred tree size</w:t>
      </w:r>
    </w:p>
    <w:p w14:paraId="796CB7D6" w14:textId="77777777" w:rsidR="008F6757" w:rsidRPr="008F6757" w:rsidRDefault="008F6757" w:rsidP="008F6757">
      <w:pPr>
        <w:numPr>
          <w:ilvl w:val="0"/>
          <w:numId w:val="11"/>
        </w:numPr>
        <w:spacing w:after="160" w:line="240" w:lineRule="auto"/>
        <w:rPr>
          <w:rFonts w:ascii="Calibri" w:hAnsi="Calibri" w:cs="Calibri"/>
        </w:rPr>
      </w:pPr>
      <w:r w:rsidRPr="008F6757">
        <w:rPr>
          <w:rFonts w:ascii="Calibri" w:hAnsi="Calibri" w:cs="Calibri"/>
        </w:rPr>
        <w:t>Add recycling, a stand or logs if required</w:t>
      </w:r>
    </w:p>
    <w:p w14:paraId="5AD58753" w14:textId="77777777" w:rsidR="008F6757" w:rsidRPr="008F6757" w:rsidRDefault="008F6757" w:rsidP="008F6757">
      <w:pPr>
        <w:numPr>
          <w:ilvl w:val="0"/>
          <w:numId w:val="11"/>
        </w:numPr>
        <w:spacing w:after="160" w:line="240" w:lineRule="auto"/>
        <w:rPr>
          <w:rFonts w:ascii="Calibri" w:hAnsi="Calibri" w:cs="Calibri"/>
        </w:rPr>
      </w:pPr>
      <w:r w:rsidRPr="008F6757">
        <w:rPr>
          <w:rFonts w:ascii="Calibri" w:hAnsi="Calibri" w:cs="Calibri"/>
          <w:b/>
          <w:bCs/>
        </w:rPr>
        <w:t>Select our school</w:t>
      </w:r>
      <w:r w:rsidRPr="008F6757">
        <w:rPr>
          <w:rFonts w:ascii="Calibri" w:hAnsi="Calibri" w:cs="Calibri"/>
        </w:rPr>
        <w:t xml:space="preserve"> when placing your order</w:t>
      </w:r>
    </w:p>
    <w:p w14:paraId="4CB55B49" w14:textId="77777777" w:rsidR="008F6757" w:rsidRPr="008F6757" w:rsidRDefault="008F6757" w:rsidP="008F6757">
      <w:pPr>
        <w:numPr>
          <w:ilvl w:val="0"/>
          <w:numId w:val="11"/>
        </w:numPr>
        <w:spacing w:after="160" w:line="240" w:lineRule="auto"/>
        <w:rPr>
          <w:rFonts w:ascii="Calibri" w:hAnsi="Calibri" w:cs="Calibri"/>
        </w:rPr>
      </w:pPr>
      <w:r w:rsidRPr="008F6757">
        <w:rPr>
          <w:rFonts w:ascii="Calibri" w:hAnsi="Calibri" w:cs="Calibri"/>
        </w:rPr>
        <w:t>Choose your preferred delivery date</w:t>
      </w:r>
    </w:p>
    <w:p w14:paraId="647BDB14" w14:textId="77777777" w:rsidR="008F6757" w:rsidRPr="008F6757" w:rsidRDefault="008F6757" w:rsidP="008F6757">
      <w:pPr>
        <w:spacing w:line="240" w:lineRule="auto"/>
        <w:rPr>
          <w:rFonts w:ascii="Calibri" w:hAnsi="Calibri" w:cs="Calibri"/>
        </w:rPr>
      </w:pPr>
      <w:r w:rsidRPr="008F6757">
        <w:rPr>
          <w:rFonts w:ascii="Calibri" w:hAnsi="Calibri" w:cs="Calibri"/>
          <w:b/>
          <w:bCs/>
        </w:rPr>
        <w:t>Please make sure you select our school when ordering</w:t>
      </w:r>
      <w:r w:rsidRPr="008F6757">
        <w:rPr>
          <w:rFonts w:ascii="Calibri" w:hAnsi="Calibri" w:cs="Calibri"/>
        </w:rPr>
        <w:t>, as this is how Christmas Treeasy will allocate the donation to our school/PTA.</w:t>
      </w:r>
    </w:p>
    <w:p w14:paraId="7E908D1E" w14:textId="77777777" w:rsidR="008F6757" w:rsidRPr="008F6757" w:rsidRDefault="008F6757" w:rsidP="008F6757">
      <w:pPr>
        <w:spacing w:line="240" w:lineRule="auto"/>
        <w:rPr>
          <w:rFonts w:ascii="Calibri" w:hAnsi="Calibri" w:cs="Calibri"/>
        </w:rPr>
      </w:pPr>
      <w:r w:rsidRPr="008F6757">
        <w:rPr>
          <w:rFonts w:ascii="Calibri" w:hAnsi="Calibri" w:cs="Calibri"/>
        </w:rPr>
        <w:t xml:space="preserve">For more information, contact Christmas Treeasy on </w:t>
      </w:r>
      <w:r w:rsidRPr="008F6757">
        <w:rPr>
          <w:rFonts w:ascii="Calibri" w:hAnsi="Calibri" w:cs="Calibri"/>
          <w:b/>
          <w:bCs/>
        </w:rPr>
        <w:t>07710 407149</w:t>
      </w:r>
      <w:r w:rsidRPr="008F6757">
        <w:rPr>
          <w:rFonts w:ascii="Calibri" w:hAnsi="Calibri" w:cs="Calibri"/>
        </w:rPr>
        <w:t xml:space="preserve"> or </w:t>
      </w:r>
      <w:hyperlink r:id="rId8" w:history="1">
        <w:r w:rsidRPr="008F6757">
          <w:rPr>
            <w:rStyle w:val="Hyperlink"/>
            <w:rFonts w:ascii="Calibri" w:hAnsi="Calibri" w:cs="Calibri"/>
            <w:b/>
            <w:bCs/>
          </w:rPr>
          <w:t>enquiries@christmastreeasy.co.uk</w:t>
        </w:r>
      </w:hyperlink>
      <w:r w:rsidRPr="008F6757">
        <w:rPr>
          <w:rFonts w:ascii="Calibri" w:hAnsi="Calibri" w:cs="Calibri"/>
        </w:rPr>
        <w:t>.</w:t>
      </w:r>
    </w:p>
    <w:p w14:paraId="0A82A599" w14:textId="77777777" w:rsidR="008F6757" w:rsidRPr="008F6757" w:rsidRDefault="008F6757" w:rsidP="008F6757">
      <w:pPr>
        <w:spacing w:line="240" w:lineRule="auto"/>
        <w:rPr>
          <w:rFonts w:ascii="Calibri" w:hAnsi="Calibri" w:cs="Calibri"/>
        </w:rPr>
      </w:pPr>
      <w:r w:rsidRPr="008F6757">
        <w:rPr>
          <w:rFonts w:ascii="Calibri" w:hAnsi="Calibri" w:cs="Calibri"/>
        </w:rPr>
        <w:t>Thank you for supporting our school while getting your perfect Christmas tree delivered straight to your door!</w:t>
      </w:r>
    </w:p>
    <w:p w14:paraId="0726B488" w14:textId="77777777" w:rsidR="008F6757" w:rsidRDefault="008F6757" w:rsidP="008F6757">
      <w:pPr>
        <w:spacing w:line="240" w:lineRule="auto"/>
        <w:rPr>
          <w:rFonts w:ascii="Calibri" w:hAnsi="Calibri" w:cs="Calibri"/>
        </w:rPr>
      </w:pPr>
      <w:r w:rsidRPr="008F6757">
        <w:rPr>
          <w:rFonts w:ascii="Calibri" w:hAnsi="Calibri" w:cs="Calibri"/>
        </w:rPr>
        <w:t>Wishing you all a wonderful Christmas.</w:t>
      </w:r>
    </w:p>
    <w:p w14:paraId="0FD8204C" w14:textId="1799ED06" w:rsidR="008F6757" w:rsidRPr="008F6757" w:rsidRDefault="008F6757" w:rsidP="008F6757">
      <w:pPr>
        <w:spacing w:line="240" w:lineRule="auto"/>
        <w:rPr>
          <w:rFonts w:ascii="Calibri" w:hAnsi="Calibri" w:cs="Calibri"/>
        </w:rPr>
      </w:pPr>
      <w:r w:rsidRPr="008F6757">
        <w:rPr>
          <w:rFonts w:ascii="Calibri" w:hAnsi="Calibri" w:cs="Calibri"/>
        </w:rPr>
        <w:t>Kind regards,</w:t>
      </w:r>
      <w:r w:rsidRPr="008F6757">
        <w:rPr>
          <w:rFonts w:ascii="Calibri" w:hAnsi="Calibri" w:cs="Calibri"/>
        </w:rPr>
        <w:br/>
      </w:r>
      <w:r w:rsidRPr="008F6757">
        <w:rPr>
          <w:rFonts w:ascii="Calibri" w:hAnsi="Calibri" w:cs="Calibri"/>
          <w:b/>
          <w:bCs/>
        </w:rPr>
        <w:t>Dean Turner</w:t>
      </w:r>
      <w:r w:rsidRPr="008F6757">
        <w:rPr>
          <w:rFonts w:ascii="Calibri" w:hAnsi="Calibri" w:cs="Calibri"/>
        </w:rPr>
        <w:br/>
        <w:t>Christmas Treeasy Ltd.</w:t>
      </w:r>
    </w:p>
    <w:p w14:paraId="715BC206" w14:textId="77777777" w:rsidR="008F6757" w:rsidRPr="008F6757" w:rsidRDefault="008F6757" w:rsidP="008F6757">
      <w:pPr>
        <w:spacing w:line="240" w:lineRule="auto"/>
        <w:rPr>
          <w:rFonts w:ascii="Calibri" w:hAnsi="Calibri" w:cs="Calibri"/>
        </w:rPr>
      </w:pPr>
    </w:p>
    <w:p w14:paraId="2BDE5943" w14:textId="36E04493" w:rsidR="008F6757" w:rsidRDefault="008F6757" w:rsidP="008F6757">
      <w:pPr>
        <w:spacing w:line="240" w:lineRule="auto"/>
        <w:rPr>
          <w:rFonts w:ascii="Georgia" w:hAnsi="Georgia"/>
          <w:b/>
          <w:color w:val="B08D57"/>
        </w:rPr>
      </w:pPr>
    </w:p>
    <w:p w14:paraId="6FCF679D" w14:textId="43DA3CE3" w:rsidR="00886E31" w:rsidRDefault="00886E31">
      <w:pPr>
        <w:spacing w:after="20"/>
        <w:jc w:val="center"/>
        <w:rPr>
          <w:rFonts w:ascii="Georgia" w:hAnsi="Georgia"/>
          <w:b/>
          <w:color w:val="B08D57"/>
        </w:rPr>
      </w:pPr>
      <w:r>
        <w:rPr>
          <w:rFonts w:ascii="Georgia" w:hAnsi="Georgia"/>
          <w:b/>
          <w:noProof/>
          <w:color w:val="B08D57"/>
        </w:rPr>
        <w:drawing>
          <wp:anchor distT="0" distB="0" distL="114300" distR="114300" simplePos="0" relativeHeight="251660288" behindDoc="1" locked="0" layoutInCell="1" allowOverlap="1" wp14:anchorId="7CE8E23B" wp14:editId="25A5DB15">
            <wp:simplePos x="0" y="0"/>
            <wp:positionH relativeFrom="column">
              <wp:posOffset>828675</wp:posOffset>
            </wp:positionH>
            <wp:positionV relativeFrom="paragraph">
              <wp:posOffset>-441960</wp:posOffset>
            </wp:positionV>
            <wp:extent cx="5181600" cy="2139351"/>
            <wp:effectExtent l="0" t="0" r="0" b="0"/>
            <wp:wrapNone/>
            <wp:docPr id="1638779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779444" name="Picture 1638779444"/>
                    <pic:cNvPicPr/>
                  </pic:nvPicPr>
                  <pic:blipFill>
                    <a:blip r:embed="rId9"/>
                    <a:stretch>
                      <a:fillRect/>
                    </a:stretch>
                  </pic:blipFill>
                  <pic:spPr>
                    <a:xfrm>
                      <a:off x="0" y="0"/>
                      <a:ext cx="5181600" cy="2139351"/>
                    </a:xfrm>
                    <a:prstGeom prst="rect">
                      <a:avLst/>
                    </a:prstGeom>
                  </pic:spPr>
                </pic:pic>
              </a:graphicData>
            </a:graphic>
            <wp14:sizeRelH relativeFrom="margin">
              <wp14:pctWidth>0</wp14:pctWidth>
            </wp14:sizeRelH>
            <wp14:sizeRelV relativeFrom="margin">
              <wp14:pctHeight>0</wp14:pctHeight>
            </wp14:sizeRelV>
          </wp:anchor>
        </w:drawing>
      </w:r>
    </w:p>
    <w:p w14:paraId="22BE3D23" w14:textId="77777777" w:rsidR="00886E31" w:rsidRDefault="00886E31">
      <w:pPr>
        <w:spacing w:after="20"/>
        <w:jc w:val="center"/>
        <w:rPr>
          <w:rFonts w:ascii="Georgia" w:hAnsi="Georgia"/>
          <w:b/>
          <w:color w:val="B08D57"/>
        </w:rPr>
      </w:pPr>
    </w:p>
    <w:p w14:paraId="4DA14077" w14:textId="77777777" w:rsidR="00886E31" w:rsidRDefault="00886E31">
      <w:pPr>
        <w:spacing w:after="20"/>
        <w:jc w:val="center"/>
        <w:rPr>
          <w:rFonts w:ascii="Georgia" w:hAnsi="Georgia"/>
          <w:b/>
          <w:color w:val="B08D57"/>
        </w:rPr>
      </w:pPr>
    </w:p>
    <w:p w14:paraId="63C0D6EF" w14:textId="77777777" w:rsidR="00886E31" w:rsidRDefault="00886E31">
      <w:pPr>
        <w:spacing w:after="20"/>
        <w:jc w:val="center"/>
        <w:rPr>
          <w:rFonts w:ascii="Georgia" w:hAnsi="Georgia"/>
          <w:b/>
          <w:color w:val="B08D57"/>
        </w:rPr>
      </w:pPr>
    </w:p>
    <w:p w14:paraId="0FD7CF09" w14:textId="77777777" w:rsidR="00886E31" w:rsidRDefault="00886E31">
      <w:pPr>
        <w:spacing w:after="20"/>
        <w:jc w:val="center"/>
        <w:rPr>
          <w:rFonts w:ascii="Georgia" w:hAnsi="Georgia"/>
          <w:b/>
          <w:color w:val="B08D57"/>
        </w:rPr>
      </w:pPr>
    </w:p>
    <w:p w14:paraId="3C3EBDD1" w14:textId="77777777" w:rsidR="00886E31" w:rsidRDefault="00886E31">
      <w:pPr>
        <w:spacing w:after="20"/>
        <w:jc w:val="center"/>
        <w:rPr>
          <w:rFonts w:ascii="Georgia" w:hAnsi="Georgia"/>
          <w:b/>
          <w:color w:val="B08D57"/>
        </w:rPr>
      </w:pPr>
    </w:p>
    <w:p w14:paraId="27949535" w14:textId="77777777" w:rsidR="00886E31" w:rsidRDefault="00886E31">
      <w:pPr>
        <w:spacing w:after="20"/>
        <w:jc w:val="center"/>
        <w:rPr>
          <w:rFonts w:ascii="Georgia" w:hAnsi="Georgia"/>
          <w:b/>
          <w:color w:val="B08D57"/>
        </w:rPr>
      </w:pPr>
    </w:p>
    <w:p w14:paraId="778430BC" w14:textId="77777777" w:rsidR="00886E31" w:rsidRDefault="00886E31">
      <w:pPr>
        <w:spacing w:after="20"/>
        <w:jc w:val="center"/>
        <w:rPr>
          <w:rFonts w:ascii="Georgia" w:hAnsi="Georgia"/>
          <w:b/>
          <w:color w:val="B08D57"/>
        </w:rPr>
      </w:pPr>
    </w:p>
    <w:p w14:paraId="076C4ADA" w14:textId="3629CAC2" w:rsidR="00F0595E" w:rsidRPr="00886E31" w:rsidRDefault="00000000" w:rsidP="00886E31">
      <w:pPr>
        <w:spacing w:after="20"/>
        <w:jc w:val="center"/>
        <w:rPr>
          <w:sz w:val="36"/>
          <w:szCs w:val="36"/>
        </w:rPr>
      </w:pPr>
      <w:r w:rsidRPr="00886E31">
        <w:rPr>
          <w:rFonts w:ascii="Georgia" w:hAnsi="Georgia"/>
          <w:b/>
          <w:color w:val="B08D57"/>
          <w:sz w:val="36"/>
          <w:szCs w:val="36"/>
        </w:rPr>
        <w:t xml:space="preserve">PREMIUM CHRISTMAS </w:t>
      </w:r>
      <w:r w:rsidR="00886E31" w:rsidRPr="00886E31">
        <w:rPr>
          <w:rFonts w:ascii="Georgia" w:hAnsi="Georgia"/>
          <w:b/>
          <w:color w:val="B08D57"/>
          <w:sz w:val="36"/>
          <w:szCs w:val="36"/>
        </w:rPr>
        <w:t>TREES</w:t>
      </w:r>
      <w:r w:rsidRPr="00886E31">
        <w:rPr>
          <w:rFonts w:ascii="Georgia" w:hAnsi="Georgia"/>
          <w:b/>
          <w:color w:val="B08D57"/>
          <w:sz w:val="36"/>
          <w:szCs w:val="36"/>
        </w:rPr>
        <w:t xml:space="preserve"> 2026</w:t>
      </w:r>
    </w:p>
    <w:p w14:paraId="60804517" w14:textId="76788F89" w:rsidR="00F0595E" w:rsidRDefault="00000000">
      <w:pPr>
        <w:jc w:val="center"/>
      </w:pPr>
      <w:r>
        <w:rPr>
          <w:rFonts w:ascii="Georgia" w:hAnsi="Georgia"/>
          <w:i/>
          <w:color w:val="123629"/>
          <w:sz w:val="18"/>
        </w:rPr>
        <w:t>Luxury Nordmann Firs • Beautifully Fresh • Delivered to Your Door</w:t>
      </w:r>
    </w:p>
    <w:p w14:paraId="33E77087" w14:textId="17945BBF" w:rsidR="00F0595E" w:rsidRDefault="00000000">
      <w:pPr>
        <w:spacing w:before="140" w:after="60"/>
        <w:jc w:val="center"/>
      </w:pPr>
      <w:r>
        <w:rPr>
          <w:rFonts w:ascii="Georgia" w:hAnsi="Georgia"/>
          <w:b/>
          <w:color w:val="B08D57"/>
          <w:sz w:val="26"/>
        </w:rPr>
        <w:t xml:space="preserve">❦ PREMIUM </w:t>
      </w:r>
      <w:r w:rsidR="00886E31">
        <w:rPr>
          <w:rFonts w:ascii="Georgia" w:hAnsi="Georgia"/>
          <w:b/>
          <w:color w:val="B08D57"/>
          <w:sz w:val="26"/>
        </w:rPr>
        <w:t>DELUXE</w:t>
      </w:r>
      <w:r w:rsidR="008F6757">
        <w:rPr>
          <w:rFonts w:ascii="Georgia" w:hAnsi="Georgia"/>
          <w:b/>
          <w:color w:val="B08D57"/>
          <w:sz w:val="26"/>
        </w:rPr>
        <w:t xml:space="preserve"> NON-DROP</w:t>
      </w:r>
      <w:r>
        <w:rPr>
          <w:rFonts w:ascii="Georgia" w:hAnsi="Georgia"/>
          <w:b/>
          <w:color w:val="B08D57"/>
          <w:sz w:val="26"/>
        </w:rPr>
        <w:t xml:space="preserve"> NORDMANN FIR ❦</w:t>
      </w:r>
    </w:p>
    <w:tbl>
      <w:tblPr>
        <w:tblStyle w:val="TableGrid"/>
        <w:tblW w:w="0" w:type="auto"/>
        <w:jc w:val="center"/>
        <w:tblLook w:val="04A0" w:firstRow="1" w:lastRow="0" w:firstColumn="1" w:lastColumn="0" w:noHBand="0" w:noVBand="1"/>
      </w:tblPr>
      <w:tblGrid>
        <w:gridCol w:w="3469"/>
        <w:gridCol w:w="3480"/>
        <w:gridCol w:w="3491"/>
      </w:tblGrid>
      <w:tr w:rsidR="00F0595E" w14:paraId="340F8FB8" w14:textId="77777777">
        <w:trPr>
          <w:jc w:val="center"/>
        </w:trPr>
        <w:tc>
          <w:tcPr>
            <w:tcW w:w="3600" w:type="dxa"/>
            <w:tcBorders>
              <w:top w:val="single" w:sz="10" w:space="0" w:color="B08D57"/>
              <w:left w:val="single" w:sz="10" w:space="0" w:color="B08D57"/>
              <w:bottom w:val="single" w:sz="10" w:space="0" w:color="B08D57"/>
              <w:right w:val="single" w:sz="10" w:space="0" w:color="B08D57"/>
            </w:tcBorders>
            <w:shd w:val="clear" w:color="auto" w:fill="123629"/>
            <w:tcMar>
              <w:top w:w="90" w:type="dxa"/>
              <w:left w:w="90" w:type="dxa"/>
              <w:bottom w:w="90" w:type="dxa"/>
              <w:right w:w="90" w:type="dxa"/>
            </w:tcMar>
            <w:vAlign w:val="center"/>
          </w:tcPr>
          <w:p w14:paraId="50D4B778" w14:textId="77777777" w:rsidR="00F0595E" w:rsidRPr="00886E31" w:rsidRDefault="00000000">
            <w:pPr>
              <w:jc w:val="center"/>
              <w:rPr>
                <w:szCs w:val="32"/>
              </w:rPr>
            </w:pPr>
            <w:r w:rsidRPr="00886E31">
              <w:rPr>
                <w:b/>
                <w:color w:val="FFFFFF"/>
                <w:szCs w:val="32"/>
              </w:rPr>
              <w:t>SIZE OF TREE</w:t>
            </w:r>
          </w:p>
        </w:tc>
        <w:tc>
          <w:tcPr>
            <w:tcW w:w="3600" w:type="dxa"/>
            <w:tcBorders>
              <w:top w:val="single" w:sz="10" w:space="0" w:color="B08D57"/>
              <w:left w:val="single" w:sz="10" w:space="0" w:color="B08D57"/>
              <w:bottom w:val="single" w:sz="10" w:space="0" w:color="B08D57"/>
              <w:right w:val="single" w:sz="10" w:space="0" w:color="B08D57"/>
            </w:tcBorders>
            <w:shd w:val="clear" w:color="auto" w:fill="123629"/>
            <w:tcMar>
              <w:top w:w="90" w:type="dxa"/>
              <w:left w:w="90" w:type="dxa"/>
              <w:bottom w:w="90" w:type="dxa"/>
              <w:right w:w="90" w:type="dxa"/>
            </w:tcMar>
            <w:vAlign w:val="center"/>
          </w:tcPr>
          <w:p w14:paraId="0B8F5AED" w14:textId="77777777" w:rsidR="00F0595E" w:rsidRPr="00886E31" w:rsidRDefault="00000000">
            <w:pPr>
              <w:jc w:val="center"/>
              <w:rPr>
                <w:szCs w:val="32"/>
              </w:rPr>
            </w:pPr>
            <w:r w:rsidRPr="00886E31">
              <w:rPr>
                <w:b/>
                <w:color w:val="FFFFFF"/>
                <w:szCs w:val="32"/>
              </w:rPr>
              <w:t>PRICE PER TREE</w:t>
            </w:r>
          </w:p>
        </w:tc>
        <w:tc>
          <w:tcPr>
            <w:tcW w:w="3600" w:type="dxa"/>
            <w:tcBorders>
              <w:top w:val="single" w:sz="10" w:space="0" w:color="B08D57"/>
              <w:left w:val="single" w:sz="10" w:space="0" w:color="B08D57"/>
              <w:bottom w:val="single" w:sz="10" w:space="0" w:color="B08D57"/>
              <w:right w:val="single" w:sz="10" w:space="0" w:color="B08D57"/>
            </w:tcBorders>
            <w:shd w:val="clear" w:color="auto" w:fill="123629"/>
            <w:tcMar>
              <w:top w:w="90" w:type="dxa"/>
              <w:left w:w="90" w:type="dxa"/>
              <w:bottom w:w="90" w:type="dxa"/>
              <w:right w:w="90" w:type="dxa"/>
            </w:tcMar>
            <w:vAlign w:val="center"/>
          </w:tcPr>
          <w:p w14:paraId="159FF1E5" w14:textId="12EADDED" w:rsidR="00F0595E" w:rsidRPr="00886E31" w:rsidRDefault="00000000">
            <w:pPr>
              <w:jc w:val="center"/>
              <w:rPr>
                <w:szCs w:val="32"/>
              </w:rPr>
            </w:pPr>
            <w:r w:rsidRPr="00886E31">
              <w:rPr>
                <w:b/>
                <w:color w:val="FFFFFF"/>
                <w:szCs w:val="32"/>
              </w:rPr>
              <w:t>QTY ORDERED</w:t>
            </w:r>
          </w:p>
        </w:tc>
      </w:tr>
      <w:tr w:rsidR="00F0595E" w14:paraId="4B3028B6" w14:textId="77777777">
        <w:trPr>
          <w:jc w:val="center"/>
        </w:trPr>
        <w:tc>
          <w:tcPr>
            <w:tcW w:w="3600" w:type="dxa"/>
            <w:tcBorders>
              <w:top w:val="single" w:sz="10" w:space="0" w:color="B08D57"/>
              <w:left w:val="single" w:sz="10" w:space="0" w:color="B08D57"/>
              <w:bottom w:val="single" w:sz="10" w:space="0" w:color="B08D57"/>
              <w:right w:val="single" w:sz="10" w:space="0" w:color="B08D57"/>
            </w:tcBorders>
            <w:shd w:val="clear" w:color="auto" w:fill="F8F3E8"/>
            <w:tcMar>
              <w:top w:w="90" w:type="dxa"/>
              <w:left w:w="90" w:type="dxa"/>
              <w:bottom w:w="90" w:type="dxa"/>
              <w:right w:w="90" w:type="dxa"/>
            </w:tcMar>
            <w:vAlign w:val="center"/>
          </w:tcPr>
          <w:p w14:paraId="54096228" w14:textId="77777777" w:rsidR="00F0595E" w:rsidRPr="00886E31" w:rsidRDefault="00000000">
            <w:r w:rsidRPr="00886E31">
              <w:t>4ft to 4'8"</w:t>
            </w:r>
          </w:p>
        </w:tc>
        <w:tc>
          <w:tcPr>
            <w:tcW w:w="3600" w:type="dxa"/>
            <w:tcBorders>
              <w:top w:val="single" w:sz="10" w:space="0" w:color="B08D57"/>
              <w:left w:val="single" w:sz="10" w:space="0" w:color="B08D57"/>
              <w:bottom w:val="single" w:sz="10" w:space="0" w:color="B08D57"/>
              <w:right w:val="single" w:sz="10" w:space="0" w:color="B08D57"/>
            </w:tcBorders>
            <w:shd w:val="clear" w:color="auto" w:fill="F8F3E8"/>
            <w:tcMar>
              <w:top w:w="90" w:type="dxa"/>
              <w:left w:w="90" w:type="dxa"/>
              <w:bottom w:w="90" w:type="dxa"/>
              <w:right w:w="90" w:type="dxa"/>
            </w:tcMar>
            <w:vAlign w:val="center"/>
          </w:tcPr>
          <w:p w14:paraId="070769FB" w14:textId="77777777" w:rsidR="00F0595E" w:rsidRPr="00886E31" w:rsidRDefault="00000000">
            <w:pPr>
              <w:jc w:val="center"/>
            </w:pPr>
            <w:r w:rsidRPr="00886E31">
              <w:t>£44.00</w:t>
            </w:r>
          </w:p>
        </w:tc>
        <w:tc>
          <w:tcPr>
            <w:tcW w:w="3600" w:type="dxa"/>
            <w:tcBorders>
              <w:top w:val="single" w:sz="10" w:space="0" w:color="B08D57"/>
              <w:left w:val="single" w:sz="10" w:space="0" w:color="B08D57"/>
              <w:bottom w:val="single" w:sz="10" w:space="0" w:color="B08D57"/>
              <w:right w:val="single" w:sz="10" w:space="0" w:color="B08D57"/>
            </w:tcBorders>
            <w:shd w:val="clear" w:color="auto" w:fill="F8F3E8"/>
            <w:tcMar>
              <w:top w:w="90" w:type="dxa"/>
              <w:left w:w="90" w:type="dxa"/>
              <w:bottom w:w="90" w:type="dxa"/>
              <w:right w:w="90" w:type="dxa"/>
            </w:tcMar>
            <w:vAlign w:val="center"/>
          </w:tcPr>
          <w:p w14:paraId="427986AB" w14:textId="2C4B414D" w:rsidR="00F0595E" w:rsidRPr="00886E31" w:rsidRDefault="00F0595E"/>
        </w:tc>
      </w:tr>
      <w:tr w:rsidR="00F0595E" w14:paraId="2EC1523A" w14:textId="77777777">
        <w:trPr>
          <w:jc w:val="center"/>
        </w:trPr>
        <w:tc>
          <w:tcPr>
            <w:tcW w:w="3600" w:type="dxa"/>
            <w:tcBorders>
              <w:top w:val="single" w:sz="10" w:space="0" w:color="B08D57"/>
              <w:left w:val="single" w:sz="10" w:space="0" w:color="B08D57"/>
              <w:bottom w:val="single" w:sz="10" w:space="0" w:color="B08D57"/>
              <w:right w:val="single" w:sz="10" w:space="0" w:color="B08D57"/>
            </w:tcBorders>
            <w:shd w:val="clear" w:color="auto" w:fill="EEE6D5"/>
            <w:tcMar>
              <w:top w:w="90" w:type="dxa"/>
              <w:left w:w="90" w:type="dxa"/>
              <w:bottom w:w="90" w:type="dxa"/>
              <w:right w:w="90" w:type="dxa"/>
            </w:tcMar>
            <w:vAlign w:val="center"/>
          </w:tcPr>
          <w:p w14:paraId="119698C0" w14:textId="77777777" w:rsidR="00F0595E" w:rsidRPr="00886E31" w:rsidRDefault="00000000">
            <w:r w:rsidRPr="00886E31">
              <w:t>4'8" to 5'6"</w:t>
            </w:r>
          </w:p>
        </w:tc>
        <w:tc>
          <w:tcPr>
            <w:tcW w:w="3600" w:type="dxa"/>
            <w:tcBorders>
              <w:top w:val="single" w:sz="10" w:space="0" w:color="B08D57"/>
              <w:left w:val="single" w:sz="10" w:space="0" w:color="B08D57"/>
              <w:bottom w:val="single" w:sz="10" w:space="0" w:color="B08D57"/>
              <w:right w:val="single" w:sz="10" w:space="0" w:color="B08D57"/>
            </w:tcBorders>
            <w:shd w:val="clear" w:color="auto" w:fill="EEE6D5"/>
            <w:tcMar>
              <w:top w:w="90" w:type="dxa"/>
              <w:left w:w="90" w:type="dxa"/>
              <w:bottom w:w="90" w:type="dxa"/>
              <w:right w:w="90" w:type="dxa"/>
            </w:tcMar>
            <w:vAlign w:val="center"/>
          </w:tcPr>
          <w:p w14:paraId="596EADED" w14:textId="77777777" w:rsidR="00F0595E" w:rsidRPr="00886E31" w:rsidRDefault="00000000">
            <w:pPr>
              <w:jc w:val="center"/>
            </w:pPr>
            <w:r w:rsidRPr="00886E31">
              <w:t>£52.00</w:t>
            </w:r>
          </w:p>
        </w:tc>
        <w:tc>
          <w:tcPr>
            <w:tcW w:w="3600" w:type="dxa"/>
            <w:tcBorders>
              <w:top w:val="single" w:sz="10" w:space="0" w:color="B08D57"/>
              <w:left w:val="single" w:sz="10" w:space="0" w:color="B08D57"/>
              <w:bottom w:val="single" w:sz="10" w:space="0" w:color="B08D57"/>
              <w:right w:val="single" w:sz="10" w:space="0" w:color="B08D57"/>
            </w:tcBorders>
            <w:shd w:val="clear" w:color="auto" w:fill="EEE6D5"/>
            <w:tcMar>
              <w:top w:w="90" w:type="dxa"/>
              <w:left w:w="90" w:type="dxa"/>
              <w:bottom w:w="90" w:type="dxa"/>
              <w:right w:w="90" w:type="dxa"/>
            </w:tcMar>
            <w:vAlign w:val="center"/>
          </w:tcPr>
          <w:p w14:paraId="06135570" w14:textId="0AB1CF5E" w:rsidR="00F0595E" w:rsidRPr="00886E31" w:rsidRDefault="00F0595E"/>
        </w:tc>
      </w:tr>
      <w:tr w:rsidR="00F0595E" w14:paraId="7B32701C" w14:textId="77777777">
        <w:trPr>
          <w:jc w:val="center"/>
        </w:trPr>
        <w:tc>
          <w:tcPr>
            <w:tcW w:w="3600" w:type="dxa"/>
            <w:tcBorders>
              <w:top w:val="single" w:sz="10" w:space="0" w:color="B08D57"/>
              <w:left w:val="single" w:sz="10" w:space="0" w:color="B08D57"/>
              <w:bottom w:val="single" w:sz="10" w:space="0" w:color="B08D57"/>
              <w:right w:val="single" w:sz="10" w:space="0" w:color="B08D57"/>
            </w:tcBorders>
            <w:shd w:val="clear" w:color="auto" w:fill="F8F3E8"/>
            <w:tcMar>
              <w:top w:w="90" w:type="dxa"/>
              <w:left w:w="90" w:type="dxa"/>
              <w:bottom w:w="90" w:type="dxa"/>
              <w:right w:w="90" w:type="dxa"/>
            </w:tcMar>
            <w:vAlign w:val="center"/>
          </w:tcPr>
          <w:p w14:paraId="497C38D0" w14:textId="77777777" w:rsidR="00F0595E" w:rsidRPr="00886E31" w:rsidRDefault="00000000">
            <w:r w:rsidRPr="00886E31">
              <w:t>5'6" to 6'4"</w:t>
            </w:r>
          </w:p>
        </w:tc>
        <w:tc>
          <w:tcPr>
            <w:tcW w:w="3600" w:type="dxa"/>
            <w:tcBorders>
              <w:top w:val="single" w:sz="10" w:space="0" w:color="B08D57"/>
              <w:left w:val="single" w:sz="10" w:space="0" w:color="B08D57"/>
              <w:bottom w:val="single" w:sz="10" w:space="0" w:color="B08D57"/>
              <w:right w:val="single" w:sz="10" w:space="0" w:color="B08D57"/>
            </w:tcBorders>
            <w:shd w:val="clear" w:color="auto" w:fill="F8F3E8"/>
            <w:tcMar>
              <w:top w:w="90" w:type="dxa"/>
              <w:left w:w="90" w:type="dxa"/>
              <w:bottom w:w="90" w:type="dxa"/>
              <w:right w:w="90" w:type="dxa"/>
            </w:tcMar>
            <w:vAlign w:val="center"/>
          </w:tcPr>
          <w:p w14:paraId="3D9C50D0" w14:textId="77777777" w:rsidR="00F0595E" w:rsidRPr="00886E31" w:rsidRDefault="00000000">
            <w:pPr>
              <w:jc w:val="center"/>
            </w:pPr>
            <w:r w:rsidRPr="00886E31">
              <w:t>£59.00</w:t>
            </w:r>
          </w:p>
        </w:tc>
        <w:tc>
          <w:tcPr>
            <w:tcW w:w="3600" w:type="dxa"/>
            <w:tcBorders>
              <w:top w:val="single" w:sz="10" w:space="0" w:color="B08D57"/>
              <w:left w:val="single" w:sz="10" w:space="0" w:color="B08D57"/>
              <w:bottom w:val="single" w:sz="10" w:space="0" w:color="B08D57"/>
              <w:right w:val="single" w:sz="10" w:space="0" w:color="B08D57"/>
            </w:tcBorders>
            <w:shd w:val="clear" w:color="auto" w:fill="F8F3E8"/>
            <w:tcMar>
              <w:top w:w="90" w:type="dxa"/>
              <w:left w:w="90" w:type="dxa"/>
              <w:bottom w:w="90" w:type="dxa"/>
              <w:right w:w="90" w:type="dxa"/>
            </w:tcMar>
            <w:vAlign w:val="center"/>
          </w:tcPr>
          <w:p w14:paraId="30D51FD1" w14:textId="35F16CDB" w:rsidR="00F0595E" w:rsidRPr="00886E31" w:rsidRDefault="00F0595E"/>
        </w:tc>
      </w:tr>
      <w:tr w:rsidR="00F0595E" w14:paraId="10E0BD5C" w14:textId="77777777">
        <w:trPr>
          <w:jc w:val="center"/>
        </w:trPr>
        <w:tc>
          <w:tcPr>
            <w:tcW w:w="3600" w:type="dxa"/>
            <w:tcBorders>
              <w:top w:val="single" w:sz="10" w:space="0" w:color="B08D57"/>
              <w:left w:val="single" w:sz="10" w:space="0" w:color="B08D57"/>
              <w:bottom w:val="single" w:sz="10" w:space="0" w:color="B08D57"/>
              <w:right w:val="single" w:sz="10" w:space="0" w:color="B08D57"/>
            </w:tcBorders>
            <w:shd w:val="clear" w:color="auto" w:fill="EEE6D5"/>
            <w:tcMar>
              <w:top w:w="90" w:type="dxa"/>
              <w:left w:w="90" w:type="dxa"/>
              <w:bottom w:w="90" w:type="dxa"/>
              <w:right w:w="90" w:type="dxa"/>
            </w:tcMar>
            <w:vAlign w:val="center"/>
          </w:tcPr>
          <w:p w14:paraId="5903E48C" w14:textId="77777777" w:rsidR="00F0595E" w:rsidRPr="00886E31" w:rsidRDefault="00000000">
            <w:r w:rsidRPr="00886E31">
              <w:t>6'4" to 7'2"</w:t>
            </w:r>
          </w:p>
        </w:tc>
        <w:tc>
          <w:tcPr>
            <w:tcW w:w="3600" w:type="dxa"/>
            <w:tcBorders>
              <w:top w:val="single" w:sz="10" w:space="0" w:color="B08D57"/>
              <w:left w:val="single" w:sz="10" w:space="0" w:color="B08D57"/>
              <w:bottom w:val="single" w:sz="10" w:space="0" w:color="B08D57"/>
              <w:right w:val="single" w:sz="10" w:space="0" w:color="B08D57"/>
            </w:tcBorders>
            <w:shd w:val="clear" w:color="auto" w:fill="EEE6D5"/>
            <w:tcMar>
              <w:top w:w="90" w:type="dxa"/>
              <w:left w:w="90" w:type="dxa"/>
              <w:bottom w:w="90" w:type="dxa"/>
              <w:right w:w="90" w:type="dxa"/>
            </w:tcMar>
            <w:vAlign w:val="center"/>
          </w:tcPr>
          <w:p w14:paraId="0563AACD" w14:textId="77777777" w:rsidR="00F0595E" w:rsidRPr="00886E31" w:rsidRDefault="00000000">
            <w:pPr>
              <w:jc w:val="center"/>
            </w:pPr>
            <w:r w:rsidRPr="00886E31">
              <w:t>£69.00</w:t>
            </w:r>
          </w:p>
        </w:tc>
        <w:tc>
          <w:tcPr>
            <w:tcW w:w="3600" w:type="dxa"/>
            <w:tcBorders>
              <w:top w:val="single" w:sz="10" w:space="0" w:color="B08D57"/>
              <w:left w:val="single" w:sz="10" w:space="0" w:color="B08D57"/>
              <w:bottom w:val="single" w:sz="10" w:space="0" w:color="B08D57"/>
              <w:right w:val="single" w:sz="10" w:space="0" w:color="B08D57"/>
            </w:tcBorders>
            <w:shd w:val="clear" w:color="auto" w:fill="EEE6D5"/>
            <w:tcMar>
              <w:top w:w="90" w:type="dxa"/>
              <w:left w:w="90" w:type="dxa"/>
              <w:bottom w:w="90" w:type="dxa"/>
              <w:right w:w="90" w:type="dxa"/>
            </w:tcMar>
            <w:vAlign w:val="center"/>
          </w:tcPr>
          <w:p w14:paraId="5B9C2914" w14:textId="142DF370" w:rsidR="00F0595E" w:rsidRPr="00886E31" w:rsidRDefault="00F0595E"/>
        </w:tc>
      </w:tr>
      <w:tr w:rsidR="00F0595E" w14:paraId="6AE3F60C" w14:textId="77777777">
        <w:trPr>
          <w:jc w:val="center"/>
        </w:trPr>
        <w:tc>
          <w:tcPr>
            <w:tcW w:w="3600" w:type="dxa"/>
            <w:tcBorders>
              <w:top w:val="single" w:sz="10" w:space="0" w:color="B08D57"/>
              <w:left w:val="single" w:sz="10" w:space="0" w:color="B08D57"/>
              <w:bottom w:val="single" w:sz="10" w:space="0" w:color="B08D57"/>
              <w:right w:val="single" w:sz="10" w:space="0" w:color="B08D57"/>
            </w:tcBorders>
            <w:shd w:val="clear" w:color="auto" w:fill="F8F3E8"/>
            <w:tcMar>
              <w:top w:w="90" w:type="dxa"/>
              <w:left w:w="90" w:type="dxa"/>
              <w:bottom w:w="90" w:type="dxa"/>
              <w:right w:w="90" w:type="dxa"/>
            </w:tcMar>
            <w:vAlign w:val="center"/>
          </w:tcPr>
          <w:p w14:paraId="18CD24C7" w14:textId="77777777" w:rsidR="00F0595E" w:rsidRPr="00886E31" w:rsidRDefault="00000000">
            <w:r w:rsidRPr="00886E31">
              <w:t>7'2" to 8ft</w:t>
            </w:r>
          </w:p>
        </w:tc>
        <w:tc>
          <w:tcPr>
            <w:tcW w:w="3600" w:type="dxa"/>
            <w:tcBorders>
              <w:top w:val="single" w:sz="10" w:space="0" w:color="B08D57"/>
              <w:left w:val="single" w:sz="10" w:space="0" w:color="B08D57"/>
              <w:bottom w:val="single" w:sz="10" w:space="0" w:color="B08D57"/>
              <w:right w:val="single" w:sz="10" w:space="0" w:color="B08D57"/>
            </w:tcBorders>
            <w:shd w:val="clear" w:color="auto" w:fill="F8F3E8"/>
            <w:tcMar>
              <w:top w:w="90" w:type="dxa"/>
              <w:left w:w="90" w:type="dxa"/>
              <w:bottom w:w="90" w:type="dxa"/>
              <w:right w:w="90" w:type="dxa"/>
            </w:tcMar>
            <w:vAlign w:val="center"/>
          </w:tcPr>
          <w:p w14:paraId="11089C2B" w14:textId="77777777" w:rsidR="00F0595E" w:rsidRPr="00886E31" w:rsidRDefault="00000000">
            <w:pPr>
              <w:jc w:val="center"/>
            </w:pPr>
            <w:r w:rsidRPr="00886E31">
              <w:t>£76.00</w:t>
            </w:r>
          </w:p>
        </w:tc>
        <w:tc>
          <w:tcPr>
            <w:tcW w:w="3600" w:type="dxa"/>
            <w:tcBorders>
              <w:top w:val="single" w:sz="10" w:space="0" w:color="B08D57"/>
              <w:left w:val="single" w:sz="10" w:space="0" w:color="B08D57"/>
              <w:bottom w:val="single" w:sz="10" w:space="0" w:color="B08D57"/>
              <w:right w:val="single" w:sz="10" w:space="0" w:color="B08D57"/>
            </w:tcBorders>
            <w:shd w:val="clear" w:color="auto" w:fill="F8F3E8"/>
            <w:tcMar>
              <w:top w:w="90" w:type="dxa"/>
              <w:left w:w="90" w:type="dxa"/>
              <w:bottom w:w="90" w:type="dxa"/>
              <w:right w:w="90" w:type="dxa"/>
            </w:tcMar>
            <w:vAlign w:val="center"/>
          </w:tcPr>
          <w:p w14:paraId="125BE81A" w14:textId="77777777" w:rsidR="00F0595E" w:rsidRPr="00886E31" w:rsidRDefault="00F0595E"/>
        </w:tc>
      </w:tr>
      <w:tr w:rsidR="00F0595E" w14:paraId="148B216E" w14:textId="77777777">
        <w:trPr>
          <w:jc w:val="center"/>
        </w:trPr>
        <w:tc>
          <w:tcPr>
            <w:tcW w:w="3600" w:type="dxa"/>
            <w:tcBorders>
              <w:top w:val="single" w:sz="10" w:space="0" w:color="B08D57"/>
              <w:left w:val="single" w:sz="10" w:space="0" w:color="B08D57"/>
              <w:bottom w:val="single" w:sz="10" w:space="0" w:color="B08D57"/>
              <w:right w:val="single" w:sz="10" w:space="0" w:color="B08D57"/>
            </w:tcBorders>
            <w:shd w:val="clear" w:color="auto" w:fill="EEE6D5"/>
            <w:tcMar>
              <w:top w:w="90" w:type="dxa"/>
              <w:left w:w="90" w:type="dxa"/>
              <w:bottom w:w="90" w:type="dxa"/>
              <w:right w:w="90" w:type="dxa"/>
            </w:tcMar>
            <w:vAlign w:val="center"/>
          </w:tcPr>
          <w:p w14:paraId="46632AF0" w14:textId="77777777" w:rsidR="00F0595E" w:rsidRPr="00886E31" w:rsidRDefault="00000000">
            <w:r w:rsidRPr="00886E31">
              <w:t>8ft to 9ft</w:t>
            </w:r>
          </w:p>
        </w:tc>
        <w:tc>
          <w:tcPr>
            <w:tcW w:w="3600" w:type="dxa"/>
            <w:tcBorders>
              <w:top w:val="single" w:sz="10" w:space="0" w:color="B08D57"/>
              <w:left w:val="single" w:sz="10" w:space="0" w:color="B08D57"/>
              <w:bottom w:val="single" w:sz="10" w:space="0" w:color="B08D57"/>
              <w:right w:val="single" w:sz="10" w:space="0" w:color="B08D57"/>
            </w:tcBorders>
            <w:shd w:val="clear" w:color="auto" w:fill="EEE6D5"/>
            <w:tcMar>
              <w:top w:w="90" w:type="dxa"/>
              <w:left w:w="90" w:type="dxa"/>
              <w:bottom w:w="90" w:type="dxa"/>
              <w:right w:w="90" w:type="dxa"/>
            </w:tcMar>
            <w:vAlign w:val="center"/>
          </w:tcPr>
          <w:p w14:paraId="65730756" w14:textId="77777777" w:rsidR="00F0595E" w:rsidRPr="00886E31" w:rsidRDefault="00000000">
            <w:pPr>
              <w:jc w:val="center"/>
            </w:pPr>
            <w:r w:rsidRPr="00886E31">
              <w:t>£92.50</w:t>
            </w:r>
          </w:p>
        </w:tc>
        <w:tc>
          <w:tcPr>
            <w:tcW w:w="3600" w:type="dxa"/>
            <w:tcBorders>
              <w:top w:val="single" w:sz="10" w:space="0" w:color="B08D57"/>
              <w:left w:val="single" w:sz="10" w:space="0" w:color="B08D57"/>
              <w:bottom w:val="single" w:sz="10" w:space="0" w:color="B08D57"/>
              <w:right w:val="single" w:sz="10" w:space="0" w:color="B08D57"/>
            </w:tcBorders>
            <w:shd w:val="clear" w:color="auto" w:fill="EEE6D5"/>
            <w:tcMar>
              <w:top w:w="90" w:type="dxa"/>
              <w:left w:w="90" w:type="dxa"/>
              <w:bottom w:w="90" w:type="dxa"/>
              <w:right w:w="90" w:type="dxa"/>
            </w:tcMar>
            <w:vAlign w:val="center"/>
          </w:tcPr>
          <w:p w14:paraId="08ED5965" w14:textId="77777777" w:rsidR="00F0595E" w:rsidRPr="00886E31" w:rsidRDefault="00000000">
            <w:r w:rsidRPr="00886E31">
              <w:t>PRE-ORDER BY 20th NOV</w:t>
            </w:r>
          </w:p>
        </w:tc>
      </w:tr>
      <w:tr w:rsidR="00F0595E" w14:paraId="09837BD6" w14:textId="77777777">
        <w:trPr>
          <w:jc w:val="center"/>
        </w:trPr>
        <w:tc>
          <w:tcPr>
            <w:tcW w:w="3600" w:type="dxa"/>
            <w:tcBorders>
              <w:top w:val="single" w:sz="10" w:space="0" w:color="B08D57"/>
              <w:left w:val="single" w:sz="10" w:space="0" w:color="B08D57"/>
              <w:bottom w:val="single" w:sz="10" w:space="0" w:color="B08D57"/>
              <w:right w:val="single" w:sz="10" w:space="0" w:color="B08D57"/>
            </w:tcBorders>
            <w:shd w:val="clear" w:color="auto" w:fill="F8F3E8"/>
            <w:tcMar>
              <w:top w:w="90" w:type="dxa"/>
              <w:left w:w="90" w:type="dxa"/>
              <w:bottom w:w="90" w:type="dxa"/>
              <w:right w:w="90" w:type="dxa"/>
            </w:tcMar>
            <w:vAlign w:val="center"/>
          </w:tcPr>
          <w:p w14:paraId="388E331B" w14:textId="77777777" w:rsidR="00F0595E" w:rsidRPr="00886E31" w:rsidRDefault="00000000">
            <w:r w:rsidRPr="00886E31">
              <w:t>9ft to 10ft</w:t>
            </w:r>
          </w:p>
        </w:tc>
        <w:tc>
          <w:tcPr>
            <w:tcW w:w="3600" w:type="dxa"/>
            <w:tcBorders>
              <w:top w:val="single" w:sz="10" w:space="0" w:color="B08D57"/>
              <w:left w:val="single" w:sz="10" w:space="0" w:color="B08D57"/>
              <w:bottom w:val="single" w:sz="10" w:space="0" w:color="B08D57"/>
              <w:right w:val="single" w:sz="10" w:space="0" w:color="B08D57"/>
            </w:tcBorders>
            <w:shd w:val="clear" w:color="auto" w:fill="F8F3E8"/>
            <w:tcMar>
              <w:top w:w="90" w:type="dxa"/>
              <w:left w:w="90" w:type="dxa"/>
              <w:bottom w:w="90" w:type="dxa"/>
              <w:right w:w="90" w:type="dxa"/>
            </w:tcMar>
            <w:vAlign w:val="center"/>
          </w:tcPr>
          <w:p w14:paraId="424B6AD9" w14:textId="77777777" w:rsidR="00F0595E" w:rsidRPr="00886E31" w:rsidRDefault="00000000">
            <w:pPr>
              <w:jc w:val="center"/>
            </w:pPr>
            <w:r w:rsidRPr="00886E31">
              <w:t>£112.50</w:t>
            </w:r>
          </w:p>
        </w:tc>
        <w:tc>
          <w:tcPr>
            <w:tcW w:w="3600" w:type="dxa"/>
            <w:tcBorders>
              <w:top w:val="single" w:sz="10" w:space="0" w:color="B08D57"/>
              <w:left w:val="single" w:sz="10" w:space="0" w:color="B08D57"/>
              <w:bottom w:val="single" w:sz="10" w:space="0" w:color="B08D57"/>
              <w:right w:val="single" w:sz="10" w:space="0" w:color="B08D57"/>
            </w:tcBorders>
            <w:shd w:val="clear" w:color="auto" w:fill="F8F3E8"/>
            <w:tcMar>
              <w:top w:w="90" w:type="dxa"/>
              <w:left w:w="90" w:type="dxa"/>
              <w:bottom w:w="90" w:type="dxa"/>
              <w:right w:w="90" w:type="dxa"/>
            </w:tcMar>
            <w:vAlign w:val="center"/>
          </w:tcPr>
          <w:p w14:paraId="624EF114" w14:textId="77777777" w:rsidR="00F0595E" w:rsidRPr="00886E31" w:rsidRDefault="00000000">
            <w:r w:rsidRPr="00886E31">
              <w:t>PRE-ORDER BY 20th NOV</w:t>
            </w:r>
          </w:p>
        </w:tc>
      </w:tr>
    </w:tbl>
    <w:p w14:paraId="143285FB" w14:textId="77777777" w:rsidR="00F0595E" w:rsidRDefault="00000000">
      <w:pPr>
        <w:spacing w:before="140" w:after="60"/>
        <w:jc w:val="center"/>
      </w:pPr>
      <w:r>
        <w:rPr>
          <w:rFonts w:ascii="Georgia" w:hAnsi="Georgia"/>
          <w:b/>
          <w:color w:val="B08D57"/>
          <w:sz w:val="26"/>
        </w:rPr>
        <w:t>❦ CINCO TREE STANDS ❦</w:t>
      </w:r>
    </w:p>
    <w:tbl>
      <w:tblPr>
        <w:tblStyle w:val="TableGrid"/>
        <w:tblW w:w="0" w:type="auto"/>
        <w:jc w:val="center"/>
        <w:tblLook w:val="04A0" w:firstRow="1" w:lastRow="0" w:firstColumn="1" w:lastColumn="0" w:noHBand="0" w:noVBand="1"/>
      </w:tblPr>
      <w:tblGrid>
        <w:gridCol w:w="3480"/>
        <w:gridCol w:w="3473"/>
        <w:gridCol w:w="3487"/>
      </w:tblGrid>
      <w:tr w:rsidR="00F0595E" w14:paraId="7034DA9B" w14:textId="77777777">
        <w:trPr>
          <w:jc w:val="center"/>
        </w:trPr>
        <w:tc>
          <w:tcPr>
            <w:tcW w:w="3600" w:type="dxa"/>
            <w:tcBorders>
              <w:top w:val="single" w:sz="10" w:space="0" w:color="B08D57"/>
              <w:left w:val="single" w:sz="10" w:space="0" w:color="B08D57"/>
              <w:bottom w:val="single" w:sz="10" w:space="0" w:color="B08D57"/>
              <w:right w:val="single" w:sz="10" w:space="0" w:color="B08D57"/>
            </w:tcBorders>
            <w:shd w:val="clear" w:color="auto" w:fill="123629"/>
            <w:tcMar>
              <w:top w:w="90" w:type="dxa"/>
              <w:left w:w="90" w:type="dxa"/>
              <w:bottom w:w="90" w:type="dxa"/>
              <w:right w:w="90" w:type="dxa"/>
            </w:tcMar>
            <w:vAlign w:val="center"/>
          </w:tcPr>
          <w:p w14:paraId="714A9B5D" w14:textId="77777777" w:rsidR="00F0595E" w:rsidRPr="00886E31" w:rsidRDefault="00000000">
            <w:pPr>
              <w:jc w:val="center"/>
              <w:rPr>
                <w:szCs w:val="32"/>
              </w:rPr>
            </w:pPr>
            <w:r w:rsidRPr="00886E31">
              <w:rPr>
                <w:b/>
                <w:color w:val="FFFFFF"/>
                <w:szCs w:val="32"/>
              </w:rPr>
              <w:t>SIZE OF STAND</w:t>
            </w:r>
          </w:p>
        </w:tc>
        <w:tc>
          <w:tcPr>
            <w:tcW w:w="3600" w:type="dxa"/>
            <w:tcBorders>
              <w:top w:val="single" w:sz="10" w:space="0" w:color="B08D57"/>
              <w:left w:val="single" w:sz="10" w:space="0" w:color="B08D57"/>
              <w:bottom w:val="single" w:sz="10" w:space="0" w:color="B08D57"/>
              <w:right w:val="single" w:sz="10" w:space="0" w:color="B08D57"/>
            </w:tcBorders>
            <w:shd w:val="clear" w:color="auto" w:fill="123629"/>
            <w:tcMar>
              <w:top w:w="90" w:type="dxa"/>
              <w:left w:w="90" w:type="dxa"/>
              <w:bottom w:w="90" w:type="dxa"/>
              <w:right w:w="90" w:type="dxa"/>
            </w:tcMar>
            <w:vAlign w:val="center"/>
          </w:tcPr>
          <w:p w14:paraId="56372CEE" w14:textId="77777777" w:rsidR="00F0595E" w:rsidRPr="00886E31" w:rsidRDefault="00000000">
            <w:pPr>
              <w:jc w:val="center"/>
              <w:rPr>
                <w:szCs w:val="32"/>
              </w:rPr>
            </w:pPr>
            <w:r w:rsidRPr="00886E31">
              <w:rPr>
                <w:b/>
                <w:color w:val="FFFFFF"/>
                <w:szCs w:val="32"/>
              </w:rPr>
              <w:t>PRICE PER STAND</w:t>
            </w:r>
          </w:p>
        </w:tc>
        <w:tc>
          <w:tcPr>
            <w:tcW w:w="3600" w:type="dxa"/>
            <w:tcBorders>
              <w:top w:val="single" w:sz="10" w:space="0" w:color="B08D57"/>
              <w:left w:val="single" w:sz="10" w:space="0" w:color="B08D57"/>
              <w:bottom w:val="single" w:sz="10" w:space="0" w:color="B08D57"/>
              <w:right w:val="single" w:sz="10" w:space="0" w:color="B08D57"/>
            </w:tcBorders>
            <w:shd w:val="clear" w:color="auto" w:fill="123629"/>
            <w:tcMar>
              <w:top w:w="90" w:type="dxa"/>
              <w:left w:w="90" w:type="dxa"/>
              <w:bottom w:w="90" w:type="dxa"/>
              <w:right w:w="90" w:type="dxa"/>
            </w:tcMar>
            <w:vAlign w:val="center"/>
          </w:tcPr>
          <w:p w14:paraId="1DC380E7" w14:textId="77777777" w:rsidR="00F0595E" w:rsidRPr="00886E31" w:rsidRDefault="00000000">
            <w:pPr>
              <w:jc w:val="center"/>
              <w:rPr>
                <w:szCs w:val="32"/>
              </w:rPr>
            </w:pPr>
            <w:r w:rsidRPr="00886E31">
              <w:rPr>
                <w:b/>
                <w:color w:val="FFFFFF"/>
                <w:szCs w:val="32"/>
              </w:rPr>
              <w:t>QTY ORDERED</w:t>
            </w:r>
          </w:p>
        </w:tc>
      </w:tr>
      <w:tr w:rsidR="00F0595E" w14:paraId="7060C96E" w14:textId="77777777">
        <w:trPr>
          <w:jc w:val="center"/>
        </w:trPr>
        <w:tc>
          <w:tcPr>
            <w:tcW w:w="3600" w:type="dxa"/>
            <w:tcBorders>
              <w:top w:val="single" w:sz="10" w:space="0" w:color="B08D57"/>
              <w:left w:val="single" w:sz="10" w:space="0" w:color="B08D57"/>
              <w:bottom w:val="single" w:sz="10" w:space="0" w:color="B08D57"/>
              <w:right w:val="single" w:sz="10" w:space="0" w:color="B08D57"/>
            </w:tcBorders>
            <w:shd w:val="clear" w:color="auto" w:fill="F8F3E8"/>
            <w:tcMar>
              <w:top w:w="90" w:type="dxa"/>
              <w:left w:w="90" w:type="dxa"/>
              <w:bottom w:w="90" w:type="dxa"/>
              <w:right w:w="90" w:type="dxa"/>
            </w:tcMar>
            <w:vAlign w:val="center"/>
          </w:tcPr>
          <w:p w14:paraId="36B37175" w14:textId="77777777" w:rsidR="00F0595E" w:rsidRPr="00886E31" w:rsidRDefault="00000000">
            <w:r w:rsidRPr="00886E31">
              <w:t>SMALL</w:t>
            </w:r>
          </w:p>
        </w:tc>
        <w:tc>
          <w:tcPr>
            <w:tcW w:w="3600" w:type="dxa"/>
            <w:tcBorders>
              <w:top w:val="single" w:sz="10" w:space="0" w:color="B08D57"/>
              <w:left w:val="single" w:sz="10" w:space="0" w:color="B08D57"/>
              <w:bottom w:val="single" w:sz="10" w:space="0" w:color="B08D57"/>
              <w:right w:val="single" w:sz="10" w:space="0" w:color="B08D57"/>
            </w:tcBorders>
            <w:shd w:val="clear" w:color="auto" w:fill="F8F3E8"/>
            <w:tcMar>
              <w:top w:w="90" w:type="dxa"/>
              <w:left w:w="90" w:type="dxa"/>
              <w:bottom w:w="90" w:type="dxa"/>
              <w:right w:w="90" w:type="dxa"/>
            </w:tcMar>
            <w:vAlign w:val="center"/>
          </w:tcPr>
          <w:p w14:paraId="1D1466CE" w14:textId="77777777" w:rsidR="00F0595E" w:rsidRPr="00886E31" w:rsidRDefault="00000000">
            <w:pPr>
              <w:jc w:val="center"/>
            </w:pPr>
            <w:r w:rsidRPr="00886E31">
              <w:t>£19.50</w:t>
            </w:r>
          </w:p>
        </w:tc>
        <w:tc>
          <w:tcPr>
            <w:tcW w:w="3600" w:type="dxa"/>
            <w:tcBorders>
              <w:top w:val="single" w:sz="10" w:space="0" w:color="B08D57"/>
              <w:left w:val="single" w:sz="10" w:space="0" w:color="B08D57"/>
              <w:bottom w:val="single" w:sz="10" w:space="0" w:color="B08D57"/>
              <w:right w:val="single" w:sz="10" w:space="0" w:color="B08D57"/>
            </w:tcBorders>
            <w:shd w:val="clear" w:color="auto" w:fill="F8F3E8"/>
            <w:tcMar>
              <w:top w:w="90" w:type="dxa"/>
              <w:left w:w="90" w:type="dxa"/>
              <w:bottom w:w="90" w:type="dxa"/>
              <w:right w:w="90" w:type="dxa"/>
            </w:tcMar>
            <w:vAlign w:val="center"/>
          </w:tcPr>
          <w:p w14:paraId="32B8A363" w14:textId="77777777" w:rsidR="00F0595E" w:rsidRDefault="00F0595E"/>
        </w:tc>
      </w:tr>
      <w:tr w:rsidR="00F0595E" w14:paraId="2350AA2A" w14:textId="77777777">
        <w:trPr>
          <w:jc w:val="center"/>
        </w:trPr>
        <w:tc>
          <w:tcPr>
            <w:tcW w:w="3600" w:type="dxa"/>
            <w:tcBorders>
              <w:top w:val="single" w:sz="10" w:space="0" w:color="B08D57"/>
              <w:left w:val="single" w:sz="10" w:space="0" w:color="B08D57"/>
              <w:bottom w:val="single" w:sz="10" w:space="0" w:color="B08D57"/>
              <w:right w:val="single" w:sz="10" w:space="0" w:color="B08D57"/>
            </w:tcBorders>
            <w:shd w:val="clear" w:color="auto" w:fill="EEE6D5"/>
            <w:tcMar>
              <w:top w:w="90" w:type="dxa"/>
              <w:left w:w="90" w:type="dxa"/>
              <w:bottom w:w="90" w:type="dxa"/>
              <w:right w:w="90" w:type="dxa"/>
            </w:tcMar>
            <w:vAlign w:val="center"/>
          </w:tcPr>
          <w:p w14:paraId="4C1C7134" w14:textId="77777777" w:rsidR="00F0595E" w:rsidRPr="00886E31" w:rsidRDefault="00000000">
            <w:r w:rsidRPr="00886E31">
              <w:t>MEDIUM</w:t>
            </w:r>
          </w:p>
        </w:tc>
        <w:tc>
          <w:tcPr>
            <w:tcW w:w="3600" w:type="dxa"/>
            <w:tcBorders>
              <w:top w:val="single" w:sz="10" w:space="0" w:color="B08D57"/>
              <w:left w:val="single" w:sz="10" w:space="0" w:color="B08D57"/>
              <w:bottom w:val="single" w:sz="10" w:space="0" w:color="B08D57"/>
              <w:right w:val="single" w:sz="10" w:space="0" w:color="B08D57"/>
            </w:tcBorders>
            <w:shd w:val="clear" w:color="auto" w:fill="EEE6D5"/>
            <w:tcMar>
              <w:top w:w="90" w:type="dxa"/>
              <w:left w:w="90" w:type="dxa"/>
              <w:bottom w:w="90" w:type="dxa"/>
              <w:right w:w="90" w:type="dxa"/>
            </w:tcMar>
            <w:vAlign w:val="center"/>
          </w:tcPr>
          <w:p w14:paraId="7A2FB59F" w14:textId="77777777" w:rsidR="00F0595E" w:rsidRPr="00886E31" w:rsidRDefault="00000000">
            <w:pPr>
              <w:jc w:val="center"/>
            </w:pPr>
            <w:r w:rsidRPr="00886E31">
              <w:t>£22.50</w:t>
            </w:r>
          </w:p>
        </w:tc>
        <w:tc>
          <w:tcPr>
            <w:tcW w:w="3600" w:type="dxa"/>
            <w:tcBorders>
              <w:top w:val="single" w:sz="10" w:space="0" w:color="B08D57"/>
              <w:left w:val="single" w:sz="10" w:space="0" w:color="B08D57"/>
              <w:bottom w:val="single" w:sz="10" w:space="0" w:color="B08D57"/>
              <w:right w:val="single" w:sz="10" w:space="0" w:color="B08D57"/>
            </w:tcBorders>
            <w:shd w:val="clear" w:color="auto" w:fill="EEE6D5"/>
            <w:tcMar>
              <w:top w:w="90" w:type="dxa"/>
              <w:left w:w="90" w:type="dxa"/>
              <w:bottom w:w="90" w:type="dxa"/>
              <w:right w:w="90" w:type="dxa"/>
            </w:tcMar>
            <w:vAlign w:val="center"/>
          </w:tcPr>
          <w:p w14:paraId="13579DE2" w14:textId="77777777" w:rsidR="00F0595E" w:rsidRDefault="00F0595E"/>
        </w:tc>
      </w:tr>
      <w:tr w:rsidR="00F0595E" w14:paraId="42830A47" w14:textId="77777777">
        <w:trPr>
          <w:jc w:val="center"/>
        </w:trPr>
        <w:tc>
          <w:tcPr>
            <w:tcW w:w="3600" w:type="dxa"/>
            <w:tcBorders>
              <w:top w:val="single" w:sz="10" w:space="0" w:color="B08D57"/>
              <w:left w:val="single" w:sz="10" w:space="0" w:color="B08D57"/>
              <w:bottom w:val="single" w:sz="10" w:space="0" w:color="B08D57"/>
              <w:right w:val="single" w:sz="10" w:space="0" w:color="B08D57"/>
            </w:tcBorders>
            <w:shd w:val="clear" w:color="auto" w:fill="F8F3E8"/>
            <w:tcMar>
              <w:top w:w="90" w:type="dxa"/>
              <w:left w:w="90" w:type="dxa"/>
              <w:bottom w:w="90" w:type="dxa"/>
              <w:right w:w="90" w:type="dxa"/>
            </w:tcMar>
            <w:vAlign w:val="center"/>
          </w:tcPr>
          <w:p w14:paraId="689CD689" w14:textId="77777777" w:rsidR="00F0595E" w:rsidRPr="00886E31" w:rsidRDefault="00000000">
            <w:r w:rsidRPr="00886E31">
              <w:t>LARGE</w:t>
            </w:r>
          </w:p>
        </w:tc>
        <w:tc>
          <w:tcPr>
            <w:tcW w:w="3600" w:type="dxa"/>
            <w:tcBorders>
              <w:top w:val="single" w:sz="10" w:space="0" w:color="B08D57"/>
              <w:left w:val="single" w:sz="10" w:space="0" w:color="B08D57"/>
              <w:bottom w:val="single" w:sz="10" w:space="0" w:color="B08D57"/>
              <w:right w:val="single" w:sz="10" w:space="0" w:color="B08D57"/>
            </w:tcBorders>
            <w:shd w:val="clear" w:color="auto" w:fill="F8F3E8"/>
            <w:tcMar>
              <w:top w:w="90" w:type="dxa"/>
              <w:left w:w="90" w:type="dxa"/>
              <w:bottom w:w="90" w:type="dxa"/>
              <w:right w:w="90" w:type="dxa"/>
            </w:tcMar>
            <w:vAlign w:val="center"/>
          </w:tcPr>
          <w:p w14:paraId="63DF3855" w14:textId="77777777" w:rsidR="00F0595E" w:rsidRPr="00886E31" w:rsidRDefault="00000000">
            <w:pPr>
              <w:jc w:val="center"/>
            </w:pPr>
            <w:r w:rsidRPr="00886E31">
              <w:t>£30.00</w:t>
            </w:r>
          </w:p>
        </w:tc>
        <w:tc>
          <w:tcPr>
            <w:tcW w:w="3600" w:type="dxa"/>
            <w:tcBorders>
              <w:top w:val="single" w:sz="10" w:space="0" w:color="B08D57"/>
              <w:left w:val="single" w:sz="10" w:space="0" w:color="B08D57"/>
              <w:bottom w:val="single" w:sz="10" w:space="0" w:color="B08D57"/>
              <w:right w:val="single" w:sz="10" w:space="0" w:color="B08D57"/>
            </w:tcBorders>
            <w:shd w:val="clear" w:color="auto" w:fill="F8F3E8"/>
            <w:tcMar>
              <w:top w:w="90" w:type="dxa"/>
              <w:left w:w="90" w:type="dxa"/>
              <w:bottom w:w="90" w:type="dxa"/>
              <w:right w:w="90" w:type="dxa"/>
            </w:tcMar>
            <w:vAlign w:val="center"/>
          </w:tcPr>
          <w:p w14:paraId="05810AAC" w14:textId="77777777" w:rsidR="00F0595E" w:rsidRDefault="00F0595E"/>
        </w:tc>
      </w:tr>
      <w:tr w:rsidR="00F0595E" w14:paraId="1B179174" w14:textId="77777777">
        <w:trPr>
          <w:jc w:val="center"/>
        </w:trPr>
        <w:tc>
          <w:tcPr>
            <w:tcW w:w="3600" w:type="dxa"/>
            <w:tcBorders>
              <w:top w:val="single" w:sz="10" w:space="0" w:color="B08D57"/>
              <w:left w:val="single" w:sz="10" w:space="0" w:color="B08D57"/>
              <w:bottom w:val="single" w:sz="10" w:space="0" w:color="B08D57"/>
              <w:right w:val="single" w:sz="10" w:space="0" w:color="B08D57"/>
            </w:tcBorders>
            <w:shd w:val="clear" w:color="auto" w:fill="EEE6D5"/>
            <w:tcMar>
              <w:top w:w="90" w:type="dxa"/>
              <w:left w:w="90" w:type="dxa"/>
              <w:bottom w:w="90" w:type="dxa"/>
              <w:right w:w="90" w:type="dxa"/>
            </w:tcMar>
            <w:vAlign w:val="center"/>
          </w:tcPr>
          <w:p w14:paraId="382E1C90" w14:textId="77777777" w:rsidR="00F0595E" w:rsidRPr="00886E31" w:rsidRDefault="00000000">
            <w:r w:rsidRPr="00886E31">
              <w:t>EXTRA LARGE</w:t>
            </w:r>
          </w:p>
        </w:tc>
        <w:tc>
          <w:tcPr>
            <w:tcW w:w="3600" w:type="dxa"/>
            <w:tcBorders>
              <w:top w:val="single" w:sz="10" w:space="0" w:color="B08D57"/>
              <w:left w:val="single" w:sz="10" w:space="0" w:color="B08D57"/>
              <w:bottom w:val="single" w:sz="10" w:space="0" w:color="B08D57"/>
              <w:right w:val="single" w:sz="10" w:space="0" w:color="B08D57"/>
            </w:tcBorders>
            <w:shd w:val="clear" w:color="auto" w:fill="EEE6D5"/>
            <w:tcMar>
              <w:top w:w="90" w:type="dxa"/>
              <w:left w:w="90" w:type="dxa"/>
              <w:bottom w:w="90" w:type="dxa"/>
              <w:right w:w="90" w:type="dxa"/>
            </w:tcMar>
            <w:vAlign w:val="center"/>
          </w:tcPr>
          <w:p w14:paraId="5C0A80D3" w14:textId="77777777" w:rsidR="00F0595E" w:rsidRPr="00886E31" w:rsidRDefault="00000000">
            <w:pPr>
              <w:jc w:val="center"/>
            </w:pPr>
            <w:r w:rsidRPr="00886E31">
              <w:t>£40.00</w:t>
            </w:r>
          </w:p>
        </w:tc>
        <w:tc>
          <w:tcPr>
            <w:tcW w:w="3600" w:type="dxa"/>
            <w:tcBorders>
              <w:top w:val="single" w:sz="10" w:space="0" w:color="B08D57"/>
              <w:left w:val="single" w:sz="10" w:space="0" w:color="B08D57"/>
              <w:bottom w:val="single" w:sz="10" w:space="0" w:color="B08D57"/>
              <w:right w:val="single" w:sz="10" w:space="0" w:color="B08D57"/>
            </w:tcBorders>
            <w:shd w:val="clear" w:color="auto" w:fill="EEE6D5"/>
            <w:tcMar>
              <w:top w:w="90" w:type="dxa"/>
              <w:left w:w="90" w:type="dxa"/>
              <w:bottom w:w="90" w:type="dxa"/>
              <w:right w:w="90" w:type="dxa"/>
            </w:tcMar>
            <w:vAlign w:val="center"/>
          </w:tcPr>
          <w:p w14:paraId="19FD078E" w14:textId="77777777" w:rsidR="00F0595E" w:rsidRDefault="00F0595E"/>
        </w:tc>
      </w:tr>
    </w:tbl>
    <w:p w14:paraId="7233D1D3" w14:textId="77777777" w:rsidR="00F0595E" w:rsidRDefault="00000000">
      <w:pPr>
        <w:spacing w:before="140" w:after="60"/>
        <w:jc w:val="center"/>
      </w:pPr>
      <w:r>
        <w:rPr>
          <w:rFonts w:ascii="Georgia" w:hAnsi="Georgia"/>
          <w:b/>
          <w:color w:val="B08D57"/>
          <w:sz w:val="26"/>
        </w:rPr>
        <w:t>❦ CHRISTMAS EXTRAS ❦</w:t>
      </w:r>
    </w:p>
    <w:tbl>
      <w:tblPr>
        <w:tblStyle w:val="TableGrid"/>
        <w:tblW w:w="0" w:type="auto"/>
        <w:jc w:val="center"/>
        <w:tblLook w:val="04A0" w:firstRow="1" w:lastRow="0" w:firstColumn="1" w:lastColumn="0" w:noHBand="0" w:noVBand="1"/>
      </w:tblPr>
      <w:tblGrid>
        <w:gridCol w:w="3489"/>
        <w:gridCol w:w="3466"/>
        <w:gridCol w:w="3485"/>
      </w:tblGrid>
      <w:tr w:rsidR="00F0595E" w14:paraId="5274F57C" w14:textId="77777777">
        <w:trPr>
          <w:jc w:val="center"/>
        </w:trPr>
        <w:tc>
          <w:tcPr>
            <w:tcW w:w="3600" w:type="dxa"/>
            <w:tcBorders>
              <w:top w:val="single" w:sz="10" w:space="0" w:color="B08D57"/>
              <w:left w:val="single" w:sz="10" w:space="0" w:color="B08D57"/>
              <w:bottom w:val="single" w:sz="10" w:space="0" w:color="B08D57"/>
              <w:right w:val="single" w:sz="10" w:space="0" w:color="B08D57"/>
            </w:tcBorders>
            <w:shd w:val="clear" w:color="auto" w:fill="123629"/>
            <w:tcMar>
              <w:top w:w="90" w:type="dxa"/>
              <w:left w:w="90" w:type="dxa"/>
              <w:bottom w:w="90" w:type="dxa"/>
              <w:right w:w="90" w:type="dxa"/>
            </w:tcMar>
            <w:vAlign w:val="center"/>
          </w:tcPr>
          <w:p w14:paraId="49057ED1" w14:textId="77777777" w:rsidR="00F0595E" w:rsidRPr="00886E31" w:rsidRDefault="00000000">
            <w:pPr>
              <w:jc w:val="center"/>
              <w:rPr>
                <w:szCs w:val="32"/>
              </w:rPr>
            </w:pPr>
            <w:r w:rsidRPr="00886E31">
              <w:rPr>
                <w:b/>
                <w:color w:val="FFFFFF"/>
                <w:szCs w:val="32"/>
              </w:rPr>
              <w:t>ITEM</w:t>
            </w:r>
          </w:p>
        </w:tc>
        <w:tc>
          <w:tcPr>
            <w:tcW w:w="3600" w:type="dxa"/>
            <w:tcBorders>
              <w:top w:val="single" w:sz="10" w:space="0" w:color="B08D57"/>
              <w:left w:val="single" w:sz="10" w:space="0" w:color="B08D57"/>
              <w:bottom w:val="single" w:sz="10" w:space="0" w:color="B08D57"/>
              <w:right w:val="single" w:sz="10" w:space="0" w:color="B08D57"/>
            </w:tcBorders>
            <w:shd w:val="clear" w:color="auto" w:fill="123629"/>
            <w:tcMar>
              <w:top w:w="90" w:type="dxa"/>
              <w:left w:w="90" w:type="dxa"/>
              <w:bottom w:w="90" w:type="dxa"/>
              <w:right w:w="90" w:type="dxa"/>
            </w:tcMar>
            <w:vAlign w:val="center"/>
          </w:tcPr>
          <w:p w14:paraId="72DEF8CE" w14:textId="77777777" w:rsidR="00F0595E" w:rsidRPr="00886E31" w:rsidRDefault="00000000">
            <w:pPr>
              <w:jc w:val="center"/>
              <w:rPr>
                <w:szCs w:val="32"/>
              </w:rPr>
            </w:pPr>
            <w:r w:rsidRPr="00886E31">
              <w:rPr>
                <w:b/>
                <w:color w:val="FFFFFF"/>
                <w:szCs w:val="32"/>
              </w:rPr>
              <w:t>PRICE</w:t>
            </w:r>
          </w:p>
        </w:tc>
        <w:tc>
          <w:tcPr>
            <w:tcW w:w="3600" w:type="dxa"/>
            <w:tcBorders>
              <w:top w:val="single" w:sz="10" w:space="0" w:color="B08D57"/>
              <w:left w:val="single" w:sz="10" w:space="0" w:color="B08D57"/>
              <w:bottom w:val="single" w:sz="10" w:space="0" w:color="B08D57"/>
              <w:right w:val="single" w:sz="10" w:space="0" w:color="B08D57"/>
            </w:tcBorders>
            <w:shd w:val="clear" w:color="auto" w:fill="123629"/>
            <w:tcMar>
              <w:top w:w="90" w:type="dxa"/>
              <w:left w:w="90" w:type="dxa"/>
              <w:bottom w:w="90" w:type="dxa"/>
              <w:right w:w="90" w:type="dxa"/>
            </w:tcMar>
            <w:vAlign w:val="center"/>
          </w:tcPr>
          <w:p w14:paraId="6EFBF1B7" w14:textId="77777777" w:rsidR="00F0595E" w:rsidRPr="00886E31" w:rsidRDefault="00000000">
            <w:pPr>
              <w:jc w:val="center"/>
              <w:rPr>
                <w:szCs w:val="32"/>
              </w:rPr>
            </w:pPr>
            <w:r w:rsidRPr="00886E31">
              <w:rPr>
                <w:b/>
                <w:color w:val="FFFFFF"/>
                <w:szCs w:val="32"/>
              </w:rPr>
              <w:t>QTY ORDERED</w:t>
            </w:r>
          </w:p>
        </w:tc>
      </w:tr>
      <w:tr w:rsidR="00F0595E" w14:paraId="07CC82DA" w14:textId="77777777">
        <w:trPr>
          <w:jc w:val="center"/>
        </w:trPr>
        <w:tc>
          <w:tcPr>
            <w:tcW w:w="3600" w:type="dxa"/>
            <w:tcBorders>
              <w:top w:val="single" w:sz="10" w:space="0" w:color="B08D57"/>
              <w:left w:val="single" w:sz="10" w:space="0" w:color="B08D57"/>
              <w:bottom w:val="single" w:sz="10" w:space="0" w:color="B08D57"/>
              <w:right w:val="single" w:sz="10" w:space="0" w:color="B08D57"/>
            </w:tcBorders>
            <w:shd w:val="clear" w:color="auto" w:fill="F8F3E8"/>
            <w:tcMar>
              <w:top w:w="90" w:type="dxa"/>
              <w:left w:w="90" w:type="dxa"/>
              <w:bottom w:w="90" w:type="dxa"/>
              <w:right w:w="90" w:type="dxa"/>
            </w:tcMar>
            <w:vAlign w:val="center"/>
          </w:tcPr>
          <w:p w14:paraId="6BFA8790" w14:textId="77777777" w:rsidR="00F0595E" w:rsidRPr="00886E31" w:rsidRDefault="00000000">
            <w:pPr>
              <w:rPr>
                <w:szCs w:val="32"/>
              </w:rPr>
            </w:pPr>
            <w:r w:rsidRPr="00886E31">
              <w:rPr>
                <w:szCs w:val="32"/>
              </w:rPr>
              <w:t>5KG BAG OF XMAS LOGS</w:t>
            </w:r>
          </w:p>
        </w:tc>
        <w:tc>
          <w:tcPr>
            <w:tcW w:w="3600" w:type="dxa"/>
            <w:tcBorders>
              <w:top w:val="single" w:sz="10" w:space="0" w:color="B08D57"/>
              <w:left w:val="single" w:sz="10" w:space="0" w:color="B08D57"/>
              <w:bottom w:val="single" w:sz="10" w:space="0" w:color="B08D57"/>
              <w:right w:val="single" w:sz="10" w:space="0" w:color="B08D57"/>
            </w:tcBorders>
            <w:shd w:val="clear" w:color="auto" w:fill="F8F3E8"/>
            <w:tcMar>
              <w:top w:w="90" w:type="dxa"/>
              <w:left w:w="90" w:type="dxa"/>
              <w:bottom w:w="90" w:type="dxa"/>
              <w:right w:w="90" w:type="dxa"/>
            </w:tcMar>
            <w:vAlign w:val="center"/>
          </w:tcPr>
          <w:p w14:paraId="052F8046" w14:textId="77777777" w:rsidR="00F0595E" w:rsidRPr="00886E31" w:rsidRDefault="00000000">
            <w:pPr>
              <w:jc w:val="center"/>
              <w:rPr>
                <w:szCs w:val="32"/>
              </w:rPr>
            </w:pPr>
            <w:r w:rsidRPr="00886E31">
              <w:rPr>
                <w:szCs w:val="32"/>
              </w:rPr>
              <w:t>£5.00</w:t>
            </w:r>
          </w:p>
        </w:tc>
        <w:tc>
          <w:tcPr>
            <w:tcW w:w="3600" w:type="dxa"/>
            <w:tcBorders>
              <w:top w:val="single" w:sz="10" w:space="0" w:color="B08D57"/>
              <w:left w:val="single" w:sz="10" w:space="0" w:color="B08D57"/>
              <w:bottom w:val="single" w:sz="10" w:space="0" w:color="B08D57"/>
              <w:right w:val="single" w:sz="10" w:space="0" w:color="B08D57"/>
            </w:tcBorders>
            <w:shd w:val="clear" w:color="auto" w:fill="F8F3E8"/>
            <w:tcMar>
              <w:top w:w="90" w:type="dxa"/>
              <w:left w:w="90" w:type="dxa"/>
              <w:bottom w:w="90" w:type="dxa"/>
              <w:right w:w="90" w:type="dxa"/>
            </w:tcMar>
            <w:vAlign w:val="center"/>
          </w:tcPr>
          <w:p w14:paraId="0A58B2B5" w14:textId="77777777" w:rsidR="00F0595E" w:rsidRPr="00886E31" w:rsidRDefault="00F0595E">
            <w:pPr>
              <w:rPr>
                <w:szCs w:val="32"/>
              </w:rPr>
            </w:pPr>
          </w:p>
        </w:tc>
      </w:tr>
      <w:tr w:rsidR="00F0595E" w14:paraId="02A8618B" w14:textId="77777777">
        <w:trPr>
          <w:jc w:val="center"/>
        </w:trPr>
        <w:tc>
          <w:tcPr>
            <w:tcW w:w="3600" w:type="dxa"/>
            <w:tcBorders>
              <w:top w:val="single" w:sz="10" w:space="0" w:color="B08D57"/>
              <w:left w:val="single" w:sz="10" w:space="0" w:color="B08D57"/>
              <w:bottom w:val="single" w:sz="10" w:space="0" w:color="B08D57"/>
              <w:right w:val="single" w:sz="10" w:space="0" w:color="B08D57"/>
            </w:tcBorders>
            <w:shd w:val="clear" w:color="auto" w:fill="EEE6D5"/>
            <w:tcMar>
              <w:top w:w="90" w:type="dxa"/>
              <w:left w:w="90" w:type="dxa"/>
              <w:bottom w:w="90" w:type="dxa"/>
              <w:right w:w="90" w:type="dxa"/>
            </w:tcMar>
            <w:vAlign w:val="center"/>
          </w:tcPr>
          <w:p w14:paraId="4BC4A868" w14:textId="77777777" w:rsidR="00F0595E" w:rsidRPr="00886E31" w:rsidRDefault="00000000">
            <w:pPr>
              <w:rPr>
                <w:szCs w:val="32"/>
              </w:rPr>
            </w:pPr>
            <w:r w:rsidRPr="00886E31">
              <w:rPr>
                <w:szCs w:val="32"/>
              </w:rPr>
              <w:t>10KG BAG OF XMAS LOGS</w:t>
            </w:r>
          </w:p>
        </w:tc>
        <w:tc>
          <w:tcPr>
            <w:tcW w:w="3600" w:type="dxa"/>
            <w:tcBorders>
              <w:top w:val="single" w:sz="10" w:space="0" w:color="B08D57"/>
              <w:left w:val="single" w:sz="10" w:space="0" w:color="B08D57"/>
              <w:bottom w:val="single" w:sz="10" w:space="0" w:color="B08D57"/>
              <w:right w:val="single" w:sz="10" w:space="0" w:color="B08D57"/>
            </w:tcBorders>
            <w:shd w:val="clear" w:color="auto" w:fill="EEE6D5"/>
            <w:tcMar>
              <w:top w:w="90" w:type="dxa"/>
              <w:left w:w="90" w:type="dxa"/>
              <w:bottom w:w="90" w:type="dxa"/>
              <w:right w:w="90" w:type="dxa"/>
            </w:tcMar>
            <w:vAlign w:val="center"/>
          </w:tcPr>
          <w:p w14:paraId="527D74FF" w14:textId="77777777" w:rsidR="00F0595E" w:rsidRPr="00886E31" w:rsidRDefault="00000000">
            <w:pPr>
              <w:jc w:val="center"/>
              <w:rPr>
                <w:szCs w:val="32"/>
              </w:rPr>
            </w:pPr>
            <w:r w:rsidRPr="00886E31">
              <w:rPr>
                <w:szCs w:val="32"/>
              </w:rPr>
              <w:t>£9.00</w:t>
            </w:r>
          </w:p>
        </w:tc>
        <w:tc>
          <w:tcPr>
            <w:tcW w:w="3600" w:type="dxa"/>
            <w:tcBorders>
              <w:top w:val="single" w:sz="10" w:space="0" w:color="B08D57"/>
              <w:left w:val="single" w:sz="10" w:space="0" w:color="B08D57"/>
              <w:bottom w:val="single" w:sz="10" w:space="0" w:color="B08D57"/>
              <w:right w:val="single" w:sz="10" w:space="0" w:color="B08D57"/>
            </w:tcBorders>
            <w:shd w:val="clear" w:color="auto" w:fill="EEE6D5"/>
            <w:tcMar>
              <w:top w:w="90" w:type="dxa"/>
              <w:left w:w="90" w:type="dxa"/>
              <w:bottom w:w="90" w:type="dxa"/>
              <w:right w:w="90" w:type="dxa"/>
            </w:tcMar>
            <w:vAlign w:val="center"/>
          </w:tcPr>
          <w:p w14:paraId="31FE44F6" w14:textId="77777777" w:rsidR="00F0595E" w:rsidRPr="00886E31" w:rsidRDefault="00F0595E">
            <w:pPr>
              <w:rPr>
                <w:szCs w:val="32"/>
              </w:rPr>
            </w:pPr>
          </w:p>
        </w:tc>
      </w:tr>
      <w:tr w:rsidR="00F0595E" w14:paraId="347C19AA" w14:textId="77777777">
        <w:trPr>
          <w:jc w:val="center"/>
        </w:trPr>
        <w:tc>
          <w:tcPr>
            <w:tcW w:w="3600" w:type="dxa"/>
            <w:tcBorders>
              <w:top w:val="single" w:sz="10" w:space="0" w:color="B08D57"/>
              <w:left w:val="single" w:sz="10" w:space="0" w:color="B08D57"/>
              <w:bottom w:val="single" w:sz="10" w:space="0" w:color="B08D57"/>
              <w:right w:val="single" w:sz="10" w:space="0" w:color="B08D57"/>
            </w:tcBorders>
            <w:shd w:val="clear" w:color="auto" w:fill="F8F3E8"/>
            <w:tcMar>
              <w:top w:w="90" w:type="dxa"/>
              <w:left w:w="90" w:type="dxa"/>
              <w:bottom w:w="90" w:type="dxa"/>
              <w:right w:w="90" w:type="dxa"/>
            </w:tcMar>
            <w:vAlign w:val="center"/>
          </w:tcPr>
          <w:p w14:paraId="10B2D29D" w14:textId="77777777" w:rsidR="00F0595E" w:rsidRPr="00886E31" w:rsidRDefault="00000000">
            <w:pPr>
              <w:rPr>
                <w:szCs w:val="32"/>
              </w:rPr>
            </w:pPr>
            <w:r w:rsidRPr="00886E31">
              <w:rPr>
                <w:szCs w:val="32"/>
              </w:rPr>
              <w:t>RECYCLING OF XMAS TREE</w:t>
            </w:r>
          </w:p>
        </w:tc>
        <w:tc>
          <w:tcPr>
            <w:tcW w:w="3600" w:type="dxa"/>
            <w:tcBorders>
              <w:top w:val="single" w:sz="10" w:space="0" w:color="B08D57"/>
              <w:left w:val="single" w:sz="10" w:space="0" w:color="B08D57"/>
              <w:bottom w:val="single" w:sz="10" w:space="0" w:color="B08D57"/>
              <w:right w:val="single" w:sz="10" w:space="0" w:color="B08D57"/>
            </w:tcBorders>
            <w:shd w:val="clear" w:color="auto" w:fill="F8F3E8"/>
            <w:tcMar>
              <w:top w:w="90" w:type="dxa"/>
              <w:left w:w="90" w:type="dxa"/>
              <w:bottom w:w="90" w:type="dxa"/>
              <w:right w:w="90" w:type="dxa"/>
            </w:tcMar>
            <w:vAlign w:val="center"/>
          </w:tcPr>
          <w:p w14:paraId="37467E98" w14:textId="77777777" w:rsidR="00F0595E" w:rsidRPr="00886E31" w:rsidRDefault="00000000">
            <w:pPr>
              <w:jc w:val="center"/>
              <w:rPr>
                <w:szCs w:val="32"/>
              </w:rPr>
            </w:pPr>
            <w:r w:rsidRPr="00886E31">
              <w:rPr>
                <w:szCs w:val="32"/>
              </w:rPr>
              <w:t>£7.50</w:t>
            </w:r>
          </w:p>
        </w:tc>
        <w:tc>
          <w:tcPr>
            <w:tcW w:w="3600" w:type="dxa"/>
            <w:tcBorders>
              <w:top w:val="single" w:sz="10" w:space="0" w:color="B08D57"/>
              <w:left w:val="single" w:sz="10" w:space="0" w:color="B08D57"/>
              <w:bottom w:val="single" w:sz="10" w:space="0" w:color="B08D57"/>
              <w:right w:val="single" w:sz="10" w:space="0" w:color="B08D57"/>
            </w:tcBorders>
            <w:shd w:val="clear" w:color="auto" w:fill="F8F3E8"/>
            <w:tcMar>
              <w:top w:w="90" w:type="dxa"/>
              <w:left w:w="90" w:type="dxa"/>
              <w:bottom w:w="90" w:type="dxa"/>
              <w:right w:w="90" w:type="dxa"/>
            </w:tcMar>
            <w:vAlign w:val="center"/>
          </w:tcPr>
          <w:p w14:paraId="2673687C" w14:textId="77777777" w:rsidR="00F0595E" w:rsidRPr="00886E31" w:rsidRDefault="00F0595E">
            <w:pPr>
              <w:rPr>
                <w:szCs w:val="32"/>
              </w:rPr>
            </w:pPr>
          </w:p>
        </w:tc>
      </w:tr>
    </w:tbl>
    <w:p w14:paraId="54912A9F" w14:textId="77777777" w:rsidR="00886E31" w:rsidRDefault="00886E31">
      <w:pPr>
        <w:jc w:val="center"/>
        <w:rPr>
          <w:rFonts w:ascii="Georgia" w:hAnsi="Georgia"/>
          <w:b/>
          <w:color w:val="B08D57"/>
        </w:rPr>
      </w:pPr>
    </w:p>
    <w:p w14:paraId="17F16694" w14:textId="2B115FB3" w:rsidR="00F0595E" w:rsidRDefault="00000000">
      <w:pPr>
        <w:jc w:val="center"/>
      </w:pPr>
      <w:r>
        <w:rPr>
          <w:rFonts w:ascii="Georgia" w:hAnsi="Georgia"/>
          <w:b/>
          <w:color w:val="B08D57"/>
        </w:rPr>
        <w:t>TREE RECYCLING</w:t>
      </w:r>
    </w:p>
    <w:p w14:paraId="22F8EABF" w14:textId="77777777" w:rsidR="00F0595E" w:rsidRDefault="00000000">
      <w:pPr>
        <w:spacing w:after="40"/>
        <w:jc w:val="center"/>
      </w:pPr>
      <w:r>
        <w:t>Recycling of Christmas trees will take place between 7th &amp; 10th January. Please leave your tree outside your door ready for collection.</w:t>
      </w:r>
    </w:p>
    <w:p w14:paraId="425276F4" w14:textId="29BDD5E3" w:rsidR="00F0595E" w:rsidRDefault="00000000">
      <w:pPr>
        <w:spacing w:before="140" w:after="60"/>
        <w:jc w:val="center"/>
      </w:pPr>
      <w:r>
        <w:rPr>
          <w:rFonts w:ascii="Georgia" w:hAnsi="Georgia"/>
          <w:b/>
          <w:color w:val="B08D57"/>
          <w:sz w:val="26"/>
        </w:rPr>
        <w:lastRenderedPageBreak/>
        <w:t>❦ CHRISTMAS</w:t>
      </w:r>
      <w:r w:rsidR="008F6757">
        <w:rPr>
          <w:rFonts w:ascii="Georgia" w:hAnsi="Georgia"/>
          <w:b/>
          <w:color w:val="B08D57"/>
          <w:sz w:val="26"/>
        </w:rPr>
        <w:t xml:space="preserve"> TREE</w:t>
      </w:r>
      <w:r>
        <w:rPr>
          <w:rFonts w:ascii="Georgia" w:hAnsi="Georgia"/>
          <w:b/>
          <w:color w:val="B08D57"/>
          <w:sz w:val="26"/>
        </w:rPr>
        <w:t xml:space="preserve"> DELIVERY DATES ❦</w:t>
      </w:r>
    </w:p>
    <w:tbl>
      <w:tblPr>
        <w:tblStyle w:val="TableGrid"/>
        <w:tblW w:w="0" w:type="auto"/>
        <w:jc w:val="center"/>
        <w:tblLook w:val="04A0" w:firstRow="1" w:lastRow="0" w:firstColumn="1" w:lastColumn="0" w:noHBand="0" w:noVBand="1"/>
      </w:tblPr>
      <w:tblGrid>
        <w:gridCol w:w="2610"/>
        <w:gridCol w:w="2610"/>
        <w:gridCol w:w="2610"/>
        <w:gridCol w:w="2610"/>
      </w:tblGrid>
      <w:tr w:rsidR="00F0595E" w14:paraId="32DDBC09" w14:textId="77777777">
        <w:trPr>
          <w:jc w:val="center"/>
        </w:trPr>
        <w:tc>
          <w:tcPr>
            <w:tcW w:w="2700" w:type="dxa"/>
            <w:tcBorders>
              <w:top w:val="single" w:sz="10" w:space="0" w:color="B08D57"/>
              <w:left w:val="single" w:sz="10" w:space="0" w:color="B08D57"/>
              <w:bottom w:val="single" w:sz="10" w:space="0" w:color="B08D57"/>
              <w:right w:val="single" w:sz="10" w:space="0" w:color="B08D57"/>
            </w:tcBorders>
            <w:shd w:val="clear" w:color="auto" w:fill="123629"/>
            <w:tcMar>
              <w:top w:w="90" w:type="dxa"/>
              <w:left w:w="90" w:type="dxa"/>
              <w:bottom w:w="90" w:type="dxa"/>
              <w:right w:w="90" w:type="dxa"/>
            </w:tcMar>
          </w:tcPr>
          <w:p w14:paraId="70AA591C" w14:textId="77777777" w:rsidR="00F0595E" w:rsidRPr="00886E31" w:rsidRDefault="00000000">
            <w:pPr>
              <w:jc w:val="center"/>
              <w:rPr>
                <w:szCs w:val="28"/>
              </w:rPr>
            </w:pPr>
            <w:r w:rsidRPr="00886E31">
              <w:rPr>
                <w:b/>
                <w:color w:val="FFFFFF"/>
                <w:szCs w:val="28"/>
              </w:rPr>
              <w:t>27th Nov</w:t>
            </w:r>
          </w:p>
        </w:tc>
        <w:tc>
          <w:tcPr>
            <w:tcW w:w="2700" w:type="dxa"/>
            <w:tcBorders>
              <w:top w:val="single" w:sz="10" w:space="0" w:color="B08D57"/>
              <w:left w:val="single" w:sz="10" w:space="0" w:color="B08D57"/>
              <w:bottom w:val="single" w:sz="10" w:space="0" w:color="B08D57"/>
              <w:right w:val="single" w:sz="10" w:space="0" w:color="B08D57"/>
            </w:tcBorders>
            <w:shd w:val="clear" w:color="auto" w:fill="123629"/>
            <w:tcMar>
              <w:top w:w="90" w:type="dxa"/>
              <w:left w:w="90" w:type="dxa"/>
              <w:bottom w:w="90" w:type="dxa"/>
              <w:right w:w="90" w:type="dxa"/>
            </w:tcMar>
          </w:tcPr>
          <w:p w14:paraId="52298BA5" w14:textId="77777777" w:rsidR="00F0595E" w:rsidRPr="00886E31" w:rsidRDefault="00000000">
            <w:pPr>
              <w:jc w:val="center"/>
              <w:rPr>
                <w:szCs w:val="28"/>
              </w:rPr>
            </w:pPr>
            <w:r w:rsidRPr="00886E31">
              <w:rPr>
                <w:b/>
                <w:color w:val="FFFFFF"/>
                <w:szCs w:val="28"/>
              </w:rPr>
              <w:t>28th Nov</w:t>
            </w:r>
          </w:p>
        </w:tc>
        <w:tc>
          <w:tcPr>
            <w:tcW w:w="2700" w:type="dxa"/>
            <w:tcBorders>
              <w:top w:val="single" w:sz="10" w:space="0" w:color="B08D57"/>
              <w:left w:val="single" w:sz="10" w:space="0" w:color="B08D57"/>
              <w:bottom w:val="single" w:sz="10" w:space="0" w:color="B08D57"/>
              <w:right w:val="single" w:sz="10" w:space="0" w:color="B08D57"/>
            </w:tcBorders>
            <w:shd w:val="clear" w:color="auto" w:fill="123629"/>
            <w:tcMar>
              <w:top w:w="90" w:type="dxa"/>
              <w:left w:w="90" w:type="dxa"/>
              <w:bottom w:w="90" w:type="dxa"/>
              <w:right w:w="90" w:type="dxa"/>
            </w:tcMar>
          </w:tcPr>
          <w:p w14:paraId="1EDF182D" w14:textId="77777777" w:rsidR="00F0595E" w:rsidRPr="00886E31" w:rsidRDefault="00000000">
            <w:pPr>
              <w:jc w:val="center"/>
              <w:rPr>
                <w:szCs w:val="28"/>
              </w:rPr>
            </w:pPr>
            <w:r w:rsidRPr="00886E31">
              <w:rPr>
                <w:b/>
                <w:color w:val="FFFFFF"/>
                <w:szCs w:val="28"/>
              </w:rPr>
              <w:t>29th Nov</w:t>
            </w:r>
          </w:p>
        </w:tc>
        <w:tc>
          <w:tcPr>
            <w:tcW w:w="2700" w:type="dxa"/>
            <w:tcBorders>
              <w:top w:val="single" w:sz="10" w:space="0" w:color="B08D57"/>
              <w:left w:val="single" w:sz="10" w:space="0" w:color="B08D57"/>
              <w:bottom w:val="single" w:sz="10" w:space="0" w:color="B08D57"/>
              <w:right w:val="single" w:sz="10" w:space="0" w:color="B08D57"/>
            </w:tcBorders>
            <w:shd w:val="clear" w:color="auto" w:fill="123629"/>
            <w:tcMar>
              <w:top w:w="90" w:type="dxa"/>
              <w:left w:w="90" w:type="dxa"/>
              <w:bottom w:w="90" w:type="dxa"/>
              <w:right w:w="90" w:type="dxa"/>
            </w:tcMar>
          </w:tcPr>
          <w:p w14:paraId="6FAF4B04" w14:textId="77777777" w:rsidR="00F0595E" w:rsidRPr="00886E31" w:rsidRDefault="00000000">
            <w:pPr>
              <w:jc w:val="center"/>
              <w:rPr>
                <w:szCs w:val="28"/>
              </w:rPr>
            </w:pPr>
            <w:r w:rsidRPr="00886E31">
              <w:rPr>
                <w:b/>
                <w:color w:val="FFFFFF"/>
                <w:szCs w:val="28"/>
              </w:rPr>
              <w:t>30th Nov</w:t>
            </w:r>
          </w:p>
        </w:tc>
      </w:tr>
      <w:tr w:rsidR="00F0595E" w14:paraId="4814C984" w14:textId="77777777">
        <w:trPr>
          <w:jc w:val="center"/>
        </w:trPr>
        <w:tc>
          <w:tcPr>
            <w:tcW w:w="2700" w:type="dxa"/>
            <w:tcBorders>
              <w:top w:val="single" w:sz="10" w:space="0" w:color="B08D57"/>
              <w:left w:val="single" w:sz="10" w:space="0" w:color="B08D57"/>
              <w:bottom w:val="single" w:sz="10" w:space="0" w:color="B08D57"/>
              <w:right w:val="single" w:sz="10" w:space="0" w:color="B08D57"/>
            </w:tcBorders>
            <w:shd w:val="clear" w:color="auto" w:fill="123629"/>
            <w:tcMar>
              <w:top w:w="90" w:type="dxa"/>
              <w:left w:w="90" w:type="dxa"/>
              <w:bottom w:w="90" w:type="dxa"/>
              <w:right w:w="90" w:type="dxa"/>
            </w:tcMar>
          </w:tcPr>
          <w:p w14:paraId="7F83682D" w14:textId="77777777" w:rsidR="00F0595E" w:rsidRPr="00886E31" w:rsidRDefault="00000000">
            <w:pPr>
              <w:jc w:val="center"/>
              <w:rPr>
                <w:szCs w:val="28"/>
              </w:rPr>
            </w:pPr>
            <w:r w:rsidRPr="00886E31">
              <w:rPr>
                <w:b/>
                <w:color w:val="FFFFFF"/>
                <w:szCs w:val="28"/>
              </w:rPr>
              <w:t>1st Dec</w:t>
            </w:r>
          </w:p>
        </w:tc>
        <w:tc>
          <w:tcPr>
            <w:tcW w:w="2700" w:type="dxa"/>
            <w:tcBorders>
              <w:top w:val="single" w:sz="10" w:space="0" w:color="B08D57"/>
              <w:left w:val="single" w:sz="10" w:space="0" w:color="B08D57"/>
              <w:bottom w:val="single" w:sz="10" w:space="0" w:color="B08D57"/>
              <w:right w:val="single" w:sz="10" w:space="0" w:color="B08D57"/>
            </w:tcBorders>
            <w:shd w:val="clear" w:color="auto" w:fill="123629"/>
            <w:tcMar>
              <w:top w:w="90" w:type="dxa"/>
              <w:left w:w="90" w:type="dxa"/>
              <w:bottom w:w="90" w:type="dxa"/>
              <w:right w:w="90" w:type="dxa"/>
            </w:tcMar>
          </w:tcPr>
          <w:p w14:paraId="6F408E6A" w14:textId="77777777" w:rsidR="00F0595E" w:rsidRPr="00886E31" w:rsidRDefault="00000000">
            <w:pPr>
              <w:jc w:val="center"/>
              <w:rPr>
                <w:szCs w:val="28"/>
              </w:rPr>
            </w:pPr>
            <w:r w:rsidRPr="00886E31">
              <w:rPr>
                <w:b/>
                <w:color w:val="FFFFFF"/>
                <w:szCs w:val="28"/>
              </w:rPr>
              <w:t>3rd Dec</w:t>
            </w:r>
          </w:p>
        </w:tc>
        <w:tc>
          <w:tcPr>
            <w:tcW w:w="2700" w:type="dxa"/>
            <w:tcBorders>
              <w:top w:val="single" w:sz="10" w:space="0" w:color="B08D57"/>
              <w:left w:val="single" w:sz="10" w:space="0" w:color="B08D57"/>
              <w:bottom w:val="single" w:sz="10" w:space="0" w:color="B08D57"/>
              <w:right w:val="single" w:sz="10" w:space="0" w:color="B08D57"/>
            </w:tcBorders>
            <w:shd w:val="clear" w:color="auto" w:fill="123629"/>
            <w:tcMar>
              <w:top w:w="90" w:type="dxa"/>
              <w:left w:w="90" w:type="dxa"/>
              <w:bottom w:w="90" w:type="dxa"/>
              <w:right w:w="90" w:type="dxa"/>
            </w:tcMar>
          </w:tcPr>
          <w:p w14:paraId="1AA47351" w14:textId="77777777" w:rsidR="00F0595E" w:rsidRPr="00886E31" w:rsidRDefault="00000000">
            <w:pPr>
              <w:jc w:val="center"/>
              <w:rPr>
                <w:szCs w:val="28"/>
              </w:rPr>
            </w:pPr>
            <w:r w:rsidRPr="00886E31">
              <w:rPr>
                <w:b/>
                <w:color w:val="FFFFFF"/>
                <w:szCs w:val="28"/>
              </w:rPr>
              <w:t>4th Dec</w:t>
            </w:r>
          </w:p>
        </w:tc>
        <w:tc>
          <w:tcPr>
            <w:tcW w:w="2700" w:type="dxa"/>
            <w:tcBorders>
              <w:top w:val="single" w:sz="10" w:space="0" w:color="B08D57"/>
              <w:left w:val="single" w:sz="10" w:space="0" w:color="B08D57"/>
              <w:bottom w:val="single" w:sz="10" w:space="0" w:color="B08D57"/>
              <w:right w:val="single" w:sz="10" w:space="0" w:color="B08D57"/>
            </w:tcBorders>
            <w:shd w:val="clear" w:color="auto" w:fill="123629"/>
            <w:tcMar>
              <w:top w:w="90" w:type="dxa"/>
              <w:left w:w="90" w:type="dxa"/>
              <w:bottom w:w="90" w:type="dxa"/>
              <w:right w:w="90" w:type="dxa"/>
            </w:tcMar>
          </w:tcPr>
          <w:p w14:paraId="31E8B92D" w14:textId="77777777" w:rsidR="00F0595E" w:rsidRPr="00886E31" w:rsidRDefault="00000000">
            <w:pPr>
              <w:jc w:val="center"/>
              <w:rPr>
                <w:szCs w:val="28"/>
              </w:rPr>
            </w:pPr>
            <w:r w:rsidRPr="00886E31">
              <w:rPr>
                <w:b/>
                <w:color w:val="FFFFFF"/>
                <w:szCs w:val="28"/>
              </w:rPr>
              <w:t>5th Dec</w:t>
            </w:r>
          </w:p>
        </w:tc>
      </w:tr>
      <w:tr w:rsidR="00F0595E" w14:paraId="2A5A5C07" w14:textId="77777777">
        <w:trPr>
          <w:jc w:val="center"/>
        </w:trPr>
        <w:tc>
          <w:tcPr>
            <w:tcW w:w="2700" w:type="dxa"/>
            <w:tcBorders>
              <w:top w:val="single" w:sz="10" w:space="0" w:color="B08D57"/>
              <w:left w:val="single" w:sz="10" w:space="0" w:color="B08D57"/>
              <w:bottom w:val="single" w:sz="10" w:space="0" w:color="B08D57"/>
              <w:right w:val="single" w:sz="10" w:space="0" w:color="B08D57"/>
            </w:tcBorders>
            <w:shd w:val="clear" w:color="auto" w:fill="123629"/>
            <w:tcMar>
              <w:top w:w="90" w:type="dxa"/>
              <w:left w:w="90" w:type="dxa"/>
              <w:bottom w:w="90" w:type="dxa"/>
              <w:right w:w="90" w:type="dxa"/>
            </w:tcMar>
          </w:tcPr>
          <w:p w14:paraId="6083A272" w14:textId="77777777" w:rsidR="00F0595E" w:rsidRPr="00886E31" w:rsidRDefault="00000000">
            <w:pPr>
              <w:jc w:val="center"/>
              <w:rPr>
                <w:szCs w:val="28"/>
              </w:rPr>
            </w:pPr>
            <w:r w:rsidRPr="00886E31">
              <w:rPr>
                <w:b/>
                <w:color w:val="FFFFFF"/>
                <w:szCs w:val="28"/>
              </w:rPr>
              <w:t>6th Dec</w:t>
            </w:r>
          </w:p>
        </w:tc>
        <w:tc>
          <w:tcPr>
            <w:tcW w:w="2700" w:type="dxa"/>
            <w:tcBorders>
              <w:top w:val="single" w:sz="10" w:space="0" w:color="B08D57"/>
              <w:left w:val="single" w:sz="10" w:space="0" w:color="B08D57"/>
              <w:bottom w:val="single" w:sz="10" w:space="0" w:color="B08D57"/>
              <w:right w:val="single" w:sz="10" w:space="0" w:color="B08D57"/>
            </w:tcBorders>
            <w:shd w:val="clear" w:color="auto" w:fill="123629"/>
            <w:tcMar>
              <w:top w:w="90" w:type="dxa"/>
              <w:left w:w="90" w:type="dxa"/>
              <w:bottom w:w="90" w:type="dxa"/>
              <w:right w:w="90" w:type="dxa"/>
            </w:tcMar>
          </w:tcPr>
          <w:p w14:paraId="34FBD2EB" w14:textId="77777777" w:rsidR="00F0595E" w:rsidRPr="00886E31" w:rsidRDefault="00000000">
            <w:pPr>
              <w:jc w:val="center"/>
              <w:rPr>
                <w:szCs w:val="28"/>
              </w:rPr>
            </w:pPr>
            <w:r w:rsidRPr="00886E31">
              <w:rPr>
                <w:b/>
                <w:color w:val="FFFFFF"/>
                <w:szCs w:val="28"/>
              </w:rPr>
              <w:t>8th Dec</w:t>
            </w:r>
          </w:p>
        </w:tc>
        <w:tc>
          <w:tcPr>
            <w:tcW w:w="2700" w:type="dxa"/>
            <w:tcBorders>
              <w:top w:val="single" w:sz="10" w:space="0" w:color="B08D57"/>
              <w:left w:val="single" w:sz="10" w:space="0" w:color="B08D57"/>
              <w:bottom w:val="single" w:sz="10" w:space="0" w:color="B08D57"/>
              <w:right w:val="single" w:sz="10" w:space="0" w:color="B08D57"/>
            </w:tcBorders>
            <w:shd w:val="clear" w:color="auto" w:fill="123629"/>
            <w:tcMar>
              <w:top w:w="90" w:type="dxa"/>
              <w:left w:w="90" w:type="dxa"/>
              <w:bottom w:w="90" w:type="dxa"/>
              <w:right w:w="90" w:type="dxa"/>
            </w:tcMar>
          </w:tcPr>
          <w:p w14:paraId="3BD7639A" w14:textId="77777777" w:rsidR="00F0595E" w:rsidRPr="00886E31" w:rsidRDefault="00000000">
            <w:pPr>
              <w:jc w:val="center"/>
              <w:rPr>
                <w:szCs w:val="28"/>
              </w:rPr>
            </w:pPr>
            <w:r w:rsidRPr="00886E31">
              <w:rPr>
                <w:b/>
                <w:color w:val="FFFFFF"/>
                <w:szCs w:val="28"/>
              </w:rPr>
              <w:t>10th Dec</w:t>
            </w:r>
          </w:p>
        </w:tc>
        <w:tc>
          <w:tcPr>
            <w:tcW w:w="2700" w:type="dxa"/>
            <w:tcBorders>
              <w:top w:val="single" w:sz="10" w:space="0" w:color="B08D57"/>
              <w:left w:val="single" w:sz="10" w:space="0" w:color="B08D57"/>
              <w:bottom w:val="single" w:sz="10" w:space="0" w:color="B08D57"/>
              <w:right w:val="single" w:sz="10" w:space="0" w:color="B08D57"/>
            </w:tcBorders>
            <w:shd w:val="clear" w:color="auto" w:fill="123629"/>
            <w:tcMar>
              <w:top w:w="90" w:type="dxa"/>
              <w:left w:w="90" w:type="dxa"/>
              <w:bottom w:w="90" w:type="dxa"/>
              <w:right w:w="90" w:type="dxa"/>
            </w:tcMar>
          </w:tcPr>
          <w:p w14:paraId="5114E9CE" w14:textId="77777777" w:rsidR="00F0595E" w:rsidRPr="00886E31" w:rsidRDefault="00000000">
            <w:pPr>
              <w:jc w:val="center"/>
              <w:rPr>
                <w:szCs w:val="28"/>
              </w:rPr>
            </w:pPr>
            <w:r w:rsidRPr="00886E31">
              <w:rPr>
                <w:b/>
                <w:color w:val="FFFFFF"/>
                <w:szCs w:val="28"/>
              </w:rPr>
              <w:t>11th Dec</w:t>
            </w:r>
          </w:p>
        </w:tc>
      </w:tr>
      <w:tr w:rsidR="00F0595E" w14:paraId="4F9BFA39" w14:textId="77777777">
        <w:trPr>
          <w:jc w:val="center"/>
        </w:trPr>
        <w:tc>
          <w:tcPr>
            <w:tcW w:w="2700" w:type="dxa"/>
            <w:tcBorders>
              <w:top w:val="single" w:sz="10" w:space="0" w:color="B08D57"/>
              <w:left w:val="single" w:sz="10" w:space="0" w:color="B08D57"/>
              <w:bottom w:val="single" w:sz="10" w:space="0" w:color="B08D57"/>
              <w:right w:val="single" w:sz="10" w:space="0" w:color="B08D57"/>
            </w:tcBorders>
            <w:shd w:val="clear" w:color="auto" w:fill="123629"/>
            <w:tcMar>
              <w:top w:w="90" w:type="dxa"/>
              <w:left w:w="90" w:type="dxa"/>
              <w:bottom w:w="90" w:type="dxa"/>
              <w:right w:w="90" w:type="dxa"/>
            </w:tcMar>
          </w:tcPr>
          <w:p w14:paraId="67894A5D" w14:textId="77777777" w:rsidR="00F0595E" w:rsidRPr="00886E31" w:rsidRDefault="00000000">
            <w:pPr>
              <w:jc w:val="center"/>
              <w:rPr>
                <w:szCs w:val="28"/>
              </w:rPr>
            </w:pPr>
            <w:r w:rsidRPr="00886E31">
              <w:rPr>
                <w:b/>
                <w:color w:val="FFFFFF"/>
                <w:szCs w:val="28"/>
              </w:rPr>
              <w:t>12th Dec</w:t>
            </w:r>
          </w:p>
        </w:tc>
        <w:tc>
          <w:tcPr>
            <w:tcW w:w="2700" w:type="dxa"/>
            <w:tcBorders>
              <w:top w:val="single" w:sz="10" w:space="0" w:color="B08D57"/>
              <w:left w:val="single" w:sz="10" w:space="0" w:color="B08D57"/>
              <w:bottom w:val="single" w:sz="10" w:space="0" w:color="B08D57"/>
              <w:right w:val="single" w:sz="10" w:space="0" w:color="B08D57"/>
            </w:tcBorders>
            <w:shd w:val="clear" w:color="auto" w:fill="123629"/>
            <w:tcMar>
              <w:top w:w="90" w:type="dxa"/>
              <w:left w:w="90" w:type="dxa"/>
              <w:bottom w:w="90" w:type="dxa"/>
              <w:right w:w="90" w:type="dxa"/>
            </w:tcMar>
          </w:tcPr>
          <w:p w14:paraId="18F6B91D" w14:textId="77777777" w:rsidR="00F0595E" w:rsidRPr="00886E31" w:rsidRDefault="00000000">
            <w:pPr>
              <w:jc w:val="center"/>
              <w:rPr>
                <w:szCs w:val="28"/>
              </w:rPr>
            </w:pPr>
            <w:r w:rsidRPr="00886E31">
              <w:rPr>
                <w:b/>
                <w:color w:val="FFFFFF"/>
                <w:szCs w:val="28"/>
              </w:rPr>
              <w:t>13th Dec</w:t>
            </w:r>
          </w:p>
        </w:tc>
        <w:tc>
          <w:tcPr>
            <w:tcW w:w="2700" w:type="dxa"/>
            <w:tcBorders>
              <w:top w:val="single" w:sz="10" w:space="0" w:color="B08D57"/>
              <w:left w:val="single" w:sz="10" w:space="0" w:color="B08D57"/>
              <w:bottom w:val="single" w:sz="10" w:space="0" w:color="B08D57"/>
              <w:right w:val="single" w:sz="10" w:space="0" w:color="B08D57"/>
            </w:tcBorders>
            <w:shd w:val="clear" w:color="auto" w:fill="123629"/>
            <w:tcMar>
              <w:top w:w="90" w:type="dxa"/>
              <w:left w:w="90" w:type="dxa"/>
              <w:bottom w:w="90" w:type="dxa"/>
              <w:right w:w="90" w:type="dxa"/>
            </w:tcMar>
          </w:tcPr>
          <w:p w14:paraId="4C285385" w14:textId="77777777" w:rsidR="00F0595E" w:rsidRPr="00886E31" w:rsidRDefault="00000000">
            <w:pPr>
              <w:jc w:val="center"/>
              <w:rPr>
                <w:szCs w:val="28"/>
              </w:rPr>
            </w:pPr>
            <w:r w:rsidRPr="00886E31">
              <w:rPr>
                <w:b/>
                <w:color w:val="FFFFFF"/>
                <w:szCs w:val="28"/>
              </w:rPr>
              <w:t>15th Dec</w:t>
            </w:r>
          </w:p>
        </w:tc>
        <w:tc>
          <w:tcPr>
            <w:tcW w:w="2700" w:type="dxa"/>
            <w:tcBorders>
              <w:top w:val="single" w:sz="10" w:space="0" w:color="B08D57"/>
              <w:left w:val="single" w:sz="10" w:space="0" w:color="B08D57"/>
              <w:bottom w:val="single" w:sz="10" w:space="0" w:color="B08D57"/>
              <w:right w:val="single" w:sz="10" w:space="0" w:color="B08D57"/>
            </w:tcBorders>
            <w:shd w:val="clear" w:color="auto" w:fill="123629"/>
            <w:tcMar>
              <w:top w:w="90" w:type="dxa"/>
              <w:left w:w="90" w:type="dxa"/>
              <w:bottom w:w="90" w:type="dxa"/>
              <w:right w:w="90" w:type="dxa"/>
            </w:tcMar>
          </w:tcPr>
          <w:p w14:paraId="4218E1D2" w14:textId="77777777" w:rsidR="00F0595E" w:rsidRPr="00886E31" w:rsidRDefault="00000000">
            <w:pPr>
              <w:jc w:val="center"/>
              <w:rPr>
                <w:szCs w:val="28"/>
              </w:rPr>
            </w:pPr>
            <w:r w:rsidRPr="00886E31">
              <w:rPr>
                <w:b/>
                <w:color w:val="FFFFFF"/>
                <w:szCs w:val="28"/>
              </w:rPr>
              <w:t>17th Dec</w:t>
            </w:r>
          </w:p>
        </w:tc>
      </w:tr>
    </w:tbl>
    <w:p w14:paraId="2DDB3ABE" w14:textId="77777777" w:rsidR="00F0595E" w:rsidRDefault="00000000">
      <w:pPr>
        <w:spacing w:before="100"/>
      </w:pPr>
      <w:r>
        <w:rPr>
          <w:b/>
          <w:color w:val="B08D57"/>
        </w:rPr>
        <w:t xml:space="preserve">PLEASE NOTE  </w:t>
      </w:r>
      <w:r>
        <w:t>Deliveries can start very early. Please specify a safe place to leave your tree if you are out. We will give you an ETA a few days before.</w:t>
      </w:r>
    </w:p>
    <w:p w14:paraId="4E69634A" w14:textId="77777777" w:rsidR="00F0595E" w:rsidRDefault="00000000">
      <w:pPr>
        <w:spacing w:before="140" w:after="60"/>
        <w:jc w:val="center"/>
      </w:pPr>
      <w:r>
        <w:rPr>
          <w:rFonts w:ascii="Georgia" w:hAnsi="Georgia"/>
          <w:b/>
          <w:color w:val="B08D57"/>
          <w:sz w:val="26"/>
        </w:rPr>
        <w:t>❦ HOW TO PLACE AN ORDER ❦</w:t>
      </w:r>
    </w:p>
    <w:p w14:paraId="3C12E6AC" w14:textId="77777777" w:rsidR="00F0595E" w:rsidRDefault="00000000">
      <w:pPr>
        <w:spacing w:after="20"/>
      </w:pPr>
      <w:r>
        <w:rPr>
          <w:b/>
          <w:color w:val="B08D57"/>
        </w:rPr>
        <w:t xml:space="preserve">1. </w:t>
      </w:r>
      <w:r>
        <w:t>Go to the shop page online at: www.christmastreeasy.co.uk</w:t>
      </w:r>
    </w:p>
    <w:p w14:paraId="3C2837B1" w14:textId="77777777" w:rsidR="00F0595E" w:rsidRDefault="00000000">
      <w:pPr>
        <w:spacing w:after="20"/>
      </w:pPr>
      <w:r>
        <w:rPr>
          <w:b/>
          <w:color w:val="B08D57"/>
        </w:rPr>
        <w:t xml:space="preserve">2. </w:t>
      </w:r>
      <w:r>
        <w:t>Choose your size of tree.</w:t>
      </w:r>
    </w:p>
    <w:p w14:paraId="6DED47A8" w14:textId="77777777" w:rsidR="00F0595E" w:rsidRDefault="00000000">
      <w:pPr>
        <w:spacing w:after="20"/>
      </w:pPr>
      <w:r>
        <w:rPr>
          <w:b/>
          <w:color w:val="B08D57"/>
        </w:rPr>
        <w:t xml:space="preserve">3. </w:t>
      </w:r>
      <w:r>
        <w:t>Add recycling, a stand or Christmas logs to your order if you wish.</w:t>
      </w:r>
    </w:p>
    <w:p w14:paraId="42E2E760" w14:textId="77777777" w:rsidR="00F0595E" w:rsidRDefault="00000000">
      <w:pPr>
        <w:spacing w:after="20"/>
      </w:pPr>
      <w:r>
        <w:rPr>
          <w:b/>
          <w:color w:val="B08D57"/>
        </w:rPr>
        <w:t xml:space="preserve">4. </w:t>
      </w:r>
      <w:r>
        <w:t>Add your school from the drop-down box.</w:t>
      </w:r>
    </w:p>
    <w:p w14:paraId="15D324B8" w14:textId="77777777" w:rsidR="00F0595E" w:rsidRDefault="00000000">
      <w:pPr>
        <w:spacing w:after="20"/>
      </w:pPr>
      <w:r>
        <w:rPr>
          <w:b/>
          <w:color w:val="B08D57"/>
        </w:rPr>
        <w:t xml:space="preserve">5. </w:t>
      </w:r>
      <w:r>
        <w:t>Choose your preferred delivery date from the available options.</w:t>
      </w:r>
    </w:p>
    <w:p w14:paraId="60346E53" w14:textId="77777777" w:rsidR="00F0595E" w:rsidRDefault="00000000">
      <w:pPr>
        <w:spacing w:before="120"/>
        <w:jc w:val="center"/>
      </w:pPr>
      <w:r>
        <w:rPr>
          <w:rFonts w:ascii="Georgia" w:hAnsi="Georgia"/>
          <w:b/>
          <w:color w:val="123629"/>
        </w:rPr>
        <w:t>✦ CONTACT CHRISTMAS TREEASY ✦</w:t>
      </w:r>
    </w:p>
    <w:p w14:paraId="56794AEE" w14:textId="77777777" w:rsidR="00F0595E" w:rsidRPr="00886E31" w:rsidRDefault="00000000">
      <w:pPr>
        <w:spacing w:after="0"/>
        <w:jc w:val="center"/>
        <w:rPr>
          <w:sz w:val="24"/>
          <w:szCs w:val="24"/>
        </w:rPr>
      </w:pPr>
      <w:r w:rsidRPr="00886E31">
        <w:rPr>
          <w:sz w:val="18"/>
          <w:szCs w:val="24"/>
        </w:rPr>
        <w:t>enquiries@christmastreeasy.co.uk  •  07710 407149</w:t>
      </w:r>
    </w:p>
    <w:p w14:paraId="063C7211" w14:textId="77777777" w:rsidR="00F0595E" w:rsidRPr="00886E31" w:rsidRDefault="00000000">
      <w:pPr>
        <w:spacing w:after="0"/>
        <w:jc w:val="center"/>
        <w:rPr>
          <w:sz w:val="24"/>
          <w:szCs w:val="24"/>
        </w:rPr>
      </w:pPr>
      <w:r w:rsidRPr="00886E31">
        <w:rPr>
          <w:sz w:val="18"/>
          <w:szCs w:val="24"/>
        </w:rPr>
        <w:t>www.christmastreeasy.co.uk  •  Facebook: www.facebook.com/christmastreeasy</w:t>
      </w:r>
    </w:p>
    <w:p w14:paraId="188B92F1" w14:textId="77777777" w:rsidR="00F0595E" w:rsidRPr="00886E31" w:rsidRDefault="00000000">
      <w:pPr>
        <w:spacing w:after="0"/>
        <w:jc w:val="center"/>
        <w:rPr>
          <w:sz w:val="24"/>
          <w:szCs w:val="24"/>
        </w:rPr>
      </w:pPr>
      <w:r w:rsidRPr="00886E31">
        <w:rPr>
          <w:sz w:val="18"/>
          <w:szCs w:val="24"/>
        </w:rPr>
        <w:t>Credit card payments can be made online only.</w:t>
      </w:r>
    </w:p>
    <w:sectPr w:rsidR="00F0595E" w:rsidRPr="00886E31" w:rsidSect="00DF3A0B">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4A7723B"/>
    <w:multiLevelType w:val="multilevel"/>
    <w:tmpl w:val="04A45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3678A3"/>
    <w:multiLevelType w:val="multilevel"/>
    <w:tmpl w:val="B2226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639056">
    <w:abstractNumId w:val="8"/>
  </w:num>
  <w:num w:numId="2" w16cid:durableId="347025618">
    <w:abstractNumId w:val="6"/>
  </w:num>
  <w:num w:numId="3" w16cid:durableId="1904943131">
    <w:abstractNumId w:val="5"/>
  </w:num>
  <w:num w:numId="4" w16cid:durableId="349912683">
    <w:abstractNumId w:val="4"/>
  </w:num>
  <w:num w:numId="5" w16cid:durableId="1548906506">
    <w:abstractNumId w:val="7"/>
  </w:num>
  <w:num w:numId="6" w16cid:durableId="2025204239">
    <w:abstractNumId w:val="3"/>
  </w:num>
  <w:num w:numId="7" w16cid:durableId="1268275189">
    <w:abstractNumId w:val="2"/>
  </w:num>
  <w:num w:numId="8" w16cid:durableId="685864322">
    <w:abstractNumId w:val="1"/>
  </w:num>
  <w:num w:numId="9" w16cid:durableId="2084838679">
    <w:abstractNumId w:val="0"/>
  </w:num>
  <w:num w:numId="10" w16cid:durableId="758601040">
    <w:abstractNumId w:val="9"/>
  </w:num>
  <w:num w:numId="11" w16cid:durableId="15027724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6D6C"/>
    <w:rsid w:val="0029639D"/>
    <w:rsid w:val="00326F90"/>
    <w:rsid w:val="00886E31"/>
    <w:rsid w:val="008F6757"/>
    <w:rsid w:val="00AA1D8D"/>
    <w:rsid w:val="00AC0BA0"/>
    <w:rsid w:val="00B47730"/>
    <w:rsid w:val="00CB0664"/>
    <w:rsid w:val="00DF3A0B"/>
    <w:rsid w:val="00F0595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9361CE"/>
  <w14:defaultImageDpi w14:val="300"/>
  <w15:docId w15:val="{BCA26EC1-5A34-4E62-9709-DB73AE9A2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8F675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quiries@christmastreeasy.co.uk" TargetMode="External"/><Relationship Id="rId3" Type="http://schemas.openxmlformats.org/officeDocument/2006/relationships/styles" Target="styles.xml"/><Relationship Id="rId7" Type="http://schemas.openxmlformats.org/officeDocument/2006/relationships/hyperlink" Target="http://www.christmastreeasy.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521</Words>
  <Characters>2971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Dean Turner</cp:lastModifiedBy>
  <cp:revision>2</cp:revision>
  <dcterms:created xsi:type="dcterms:W3CDTF">2026-09-14T18:03:00Z</dcterms:created>
  <dcterms:modified xsi:type="dcterms:W3CDTF">2026-09-14T18:03:00Z</dcterms:modified>
  <cp:category/>
</cp:coreProperties>
</file>